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01DA" w:rsidRDefault="009501DA">
      <w:pPr>
        <w:autoSpaceDE w:val="0"/>
        <w:autoSpaceDN w:val="0"/>
        <w:spacing w:after="78" w:line="220" w:lineRule="exact"/>
      </w:pPr>
    </w:p>
    <w:p w:rsidR="001511B8" w:rsidRDefault="001511B8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1511B8" w:rsidRDefault="001511B8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1511B8" w:rsidRDefault="001511B8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  <w:r w:rsidRPr="001511B8">
        <w:rPr>
          <w:rFonts w:ascii="Times New Roman" w:eastAsia="Times New Roman" w:hAnsi="Times New Roman"/>
          <w:b/>
          <w:noProof/>
          <w:color w:val="000000"/>
          <w:sz w:val="24"/>
          <w:lang w:val="ru-RU" w:eastAsia="ru-RU"/>
        </w:rPr>
        <w:drawing>
          <wp:inline distT="0" distB="0" distL="0" distR="0">
            <wp:extent cx="6720840" cy="8961120"/>
            <wp:effectExtent l="0" t="0" r="3810" b="0"/>
            <wp:docPr id="1" name="Рисунок 1" descr="D:\Пользователи\Admin\Desktop\ШМО 2022\Раб. программы 2020-2021\20221026_124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льзователи\Admin\Desktop\ШМО 2022\Раб. программы 2020-2021\20221026_12492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840" cy="896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1B8" w:rsidRDefault="001511B8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1511B8" w:rsidRDefault="001511B8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1511B8" w:rsidRDefault="001511B8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1511B8" w:rsidRDefault="001511B8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  <w:bookmarkStart w:id="0" w:name="_GoBack"/>
      <w:bookmarkEnd w:id="0"/>
    </w:p>
    <w:p w:rsidR="001511B8" w:rsidRDefault="001511B8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1511B8" w:rsidRDefault="001511B8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9501DA" w:rsidRPr="007A214F" w:rsidRDefault="007A214F">
      <w:pPr>
        <w:autoSpaceDE w:val="0"/>
        <w:autoSpaceDN w:val="0"/>
        <w:spacing w:after="0" w:line="230" w:lineRule="auto"/>
        <w:rPr>
          <w:lang w:val="ru-RU"/>
        </w:rPr>
      </w:pPr>
      <w:r w:rsidRPr="007A214F">
        <w:rPr>
          <w:rFonts w:ascii="Times New Roman" w:eastAsia="Times New Roman" w:hAnsi="Times New Roman"/>
          <w:b/>
          <w:color w:val="000000"/>
          <w:sz w:val="24"/>
          <w:lang w:val="ru-RU"/>
        </w:rPr>
        <w:t>ПОЯСНИТЕЛЬНАЯ ЗАПИСКА</w:t>
      </w:r>
    </w:p>
    <w:p w:rsidR="009501DA" w:rsidRPr="007A214F" w:rsidRDefault="007A214F">
      <w:pPr>
        <w:autoSpaceDE w:val="0"/>
        <w:autoSpaceDN w:val="0"/>
        <w:spacing w:before="346" w:after="0" w:line="286" w:lineRule="auto"/>
        <w:ind w:right="144" w:firstLine="180"/>
        <w:rPr>
          <w:lang w:val="ru-RU"/>
        </w:rPr>
      </w:pP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Рабочая программа по английскому языку для обучающихся 5 классов составлена на основе</w:t>
      </w:r>
      <w:r w:rsidR="00B4286E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«Требований к результатам освоения основной образовательной программы», представленных в Федеральном государственном образовательном стандарте основного общего образования, с учётом распределённых по классам проверяемых требований к результатам освоения основной </w:t>
      </w:r>
      <w:r w:rsidRPr="007A214F">
        <w:rPr>
          <w:lang w:val="ru-RU"/>
        </w:rPr>
        <w:br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образовательной программы основного общего образования и элементов содержания, </w:t>
      </w:r>
      <w:r w:rsidRPr="007A214F">
        <w:rPr>
          <w:lang w:val="ru-RU"/>
        </w:rPr>
        <w:br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представленных в Универсальном кодификаторе по иностранному (английскому) языку, а также на основе характеристики планируемых результатов духовно-нравственного развития, воспитания и социализации обучающихся, представленной в Примерной программе воспитания (одобрено решением ФУМО от 02.06.2020 г.).</w:t>
      </w:r>
    </w:p>
    <w:p w:rsidR="009501DA" w:rsidRPr="007A214F" w:rsidRDefault="007A214F">
      <w:pPr>
        <w:autoSpaceDE w:val="0"/>
        <w:autoSpaceDN w:val="0"/>
        <w:spacing w:before="264" w:after="0" w:line="262" w:lineRule="auto"/>
        <w:rPr>
          <w:lang w:val="ru-RU"/>
        </w:rPr>
      </w:pPr>
      <w:r w:rsidRPr="007A214F">
        <w:rPr>
          <w:rFonts w:ascii="Times New Roman" w:eastAsia="Times New Roman" w:hAnsi="Times New Roman"/>
          <w:b/>
          <w:color w:val="000000"/>
          <w:sz w:val="24"/>
          <w:lang w:val="ru-RU"/>
        </w:rPr>
        <w:t>ОБЩАЯ ХАРАКТЕРИСТИКА УЧЕБНОГО ПРЕДМЕТА</w:t>
      </w:r>
      <w:r w:rsidR="00B4286E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«ИНОСТРАННЫЙ (АНГЛИЙСКИЙ) ЯЗЫК</w:t>
      </w:r>
      <w:r w:rsidRPr="007A214F">
        <w:rPr>
          <w:rFonts w:ascii="Times New Roman" w:eastAsia="Times New Roman" w:hAnsi="Times New Roman"/>
          <w:b/>
          <w:color w:val="000000"/>
          <w:sz w:val="24"/>
          <w:lang w:val="ru-RU"/>
        </w:rPr>
        <w:t>»</w:t>
      </w:r>
    </w:p>
    <w:p w:rsidR="009501DA" w:rsidRPr="007A214F" w:rsidRDefault="007A214F">
      <w:pPr>
        <w:autoSpaceDE w:val="0"/>
        <w:autoSpaceDN w:val="0"/>
        <w:spacing w:before="166" w:after="0" w:line="286" w:lineRule="auto"/>
        <w:ind w:right="288" w:firstLine="180"/>
        <w:rPr>
          <w:lang w:val="ru-RU"/>
        </w:rPr>
      </w:pP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Предмету «Иностранный (английский) язык» принадлежит важное место в системе общего образования и воспитания современного школьника в условиях поликультурного и многоязычного мира. Изучение иностранного языка направлено на формирование коммуникативной культуры обучающихся, осознание роли языков как инструмента межличностного и межкультурного взаимодействия, способствует их общему речевому развитию, воспитанию гражданской </w:t>
      </w:r>
      <w:r w:rsidRPr="007A214F">
        <w:rPr>
          <w:lang w:val="ru-RU"/>
        </w:rPr>
        <w:br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идентичности, расширению кругозора, воспитанию чувств и эмоций. Наряду с этим иностранный язык выступает инструментом овладения другими предметными областями в сфере гуманитарных, математических, естественно-научных и других наук и становится важной составляющей базы для общего и специального образования.</w:t>
      </w:r>
    </w:p>
    <w:p w:rsidR="009501DA" w:rsidRPr="007A214F" w:rsidRDefault="007A214F">
      <w:pPr>
        <w:autoSpaceDE w:val="0"/>
        <w:autoSpaceDN w:val="0"/>
        <w:spacing w:before="190" w:after="0" w:line="281" w:lineRule="auto"/>
        <w:ind w:firstLine="180"/>
        <w:rPr>
          <w:lang w:val="ru-RU"/>
        </w:rPr>
      </w:pP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В последние десятилетия наблюдается трансформация взглядов на владение иностранным языком, усиление общественных запросов на квалифицированных и мобильных людей, способных быстро адаптироваться к изменяющимся потребностям общества, овладевать новыми компетенциями.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самообразования.</w:t>
      </w:r>
    </w:p>
    <w:p w:rsidR="009501DA" w:rsidRPr="007A214F" w:rsidRDefault="007A214F">
      <w:pPr>
        <w:autoSpaceDE w:val="0"/>
        <w:autoSpaceDN w:val="0"/>
        <w:spacing w:before="70" w:after="0" w:line="281" w:lineRule="auto"/>
        <w:ind w:right="144"/>
        <w:rPr>
          <w:lang w:val="ru-RU"/>
        </w:rPr>
      </w:pP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Владение иностранным языком сейчас рассматривается как часть профессии, поэтому он является универсальным предметом, которым стремятся овладеть современные школьники независимо от выбранных ими профильных предметов (математика, история, химия, физика и др.). Таким образом, владение иностранным языком становится одним из важнейших средств социализации и успешной профессиональной деятельности выпускника школы.</w:t>
      </w:r>
    </w:p>
    <w:p w:rsidR="009501DA" w:rsidRPr="007A214F" w:rsidRDefault="007A214F">
      <w:pPr>
        <w:autoSpaceDE w:val="0"/>
        <w:autoSpaceDN w:val="0"/>
        <w:spacing w:before="190" w:after="0" w:line="281" w:lineRule="auto"/>
        <w:ind w:right="288" w:firstLine="180"/>
        <w:rPr>
          <w:lang w:val="ru-RU"/>
        </w:rPr>
      </w:pP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Возрастает значимость владения разными иностранными языками как в качестве первого, так и в качество второго. Расширение номенклатуры изучаемых языков соответствует стратегическим интересам России в эпоху </w:t>
      </w:r>
      <w:proofErr w:type="spellStart"/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постглобализации</w:t>
      </w:r>
      <w:proofErr w:type="spellEnd"/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 и многополярного мира. Знание родного языка экономического или политического партнёра обеспечивает более эффективное общение, </w:t>
      </w:r>
      <w:r w:rsidRPr="007A214F">
        <w:rPr>
          <w:lang w:val="ru-RU"/>
        </w:rPr>
        <w:br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учитывающее особенности культуры партнёра, что позволяет успешнее решать возникающие проблемы и избегать конфликтов.</w:t>
      </w:r>
    </w:p>
    <w:p w:rsidR="009501DA" w:rsidRPr="007A214F" w:rsidRDefault="007A214F">
      <w:pPr>
        <w:tabs>
          <w:tab w:val="left" w:pos="180"/>
        </w:tabs>
        <w:autoSpaceDE w:val="0"/>
        <w:autoSpaceDN w:val="0"/>
        <w:spacing w:before="190" w:after="0" w:line="262" w:lineRule="auto"/>
        <w:ind w:right="1728"/>
        <w:rPr>
          <w:lang w:val="ru-RU"/>
        </w:rPr>
      </w:pP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Естественно, возрастание значимости владения иностранными языками приводит к переосмыслению целей и содержания обучения предмету.</w:t>
      </w:r>
    </w:p>
    <w:p w:rsidR="009501DA" w:rsidRPr="007A214F" w:rsidRDefault="007A214F">
      <w:pPr>
        <w:autoSpaceDE w:val="0"/>
        <w:autoSpaceDN w:val="0"/>
        <w:spacing w:before="262" w:after="0" w:line="230" w:lineRule="auto"/>
        <w:rPr>
          <w:lang w:val="ru-RU"/>
        </w:rPr>
      </w:pPr>
      <w:r w:rsidRPr="007A214F">
        <w:rPr>
          <w:rFonts w:ascii="Times New Roman" w:eastAsia="Times New Roman" w:hAnsi="Times New Roman"/>
          <w:b/>
          <w:color w:val="000000"/>
          <w:sz w:val="24"/>
          <w:lang w:val="ru-RU"/>
        </w:rPr>
        <w:t>ЦЕЛИ ИЗУЧЕНИЯ УЧЕБНОГО ПРЕДМЕТА «ИНОСТРАННЫЙ (АНГЛИЙСКИЙ) ЯЗЫК»</w:t>
      </w:r>
    </w:p>
    <w:p w:rsidR="009501DA" w:rsidRPr="007A214F" w:rsidRDefault="007A214F">
      <w:pPr>
        <w:tabs>
          <w:tab w:val="left" w:pos="180"/>
        </w:tabs>
        <w:autoSpaceDE w:val="0"/>
        <w:autoSpaceDN w:val="0"/>
        <w:spacing w:before="166" w:after="0" w:line="262" w:lineRule="auto"/>
        <w:ind w:right="144"/>
        <w:rPr>
          <w:lang w:val="ru-RU"/>
        </w:rPr>
      </w:pP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В свете сказанного выше цели иноязычного образования становятся более сложными по структуре, формулируются на </w:t>
      </w:r>
      <w:r w:rsidRPr="007A214F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ценностном, когнитивном и прагматическом </w:t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уровнях и, соответственно,</w:t>
      </w:r>
    </w:p>
    <w:p w:rsidR="009501DA" w:rsidRPr="007A214F" w:rsidRDefault="009501DA">
      <w:pPr>
        <w:rPr>
          <w:lang w:val="ru-RU"/>
        </w:rPr>
        <w:sectPr w:rsidR="009501DA" w:rsidRPr="007A214F">
          <w:pgSz w:w="11900" w:h="16840"/>
          <w:pgMar w:top="436" w:right="650" w:bottom="356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9501DA" w:rsidRPr="007A214F" w:rsidRDefault="009501DA">
      <w:pPr>
        <w:autoSpaceDE w:val="0"/>
        <w:autoSpaceDN w:val="0"/>
        <w:spacing w:after="66" w:line="220" w:lineRule="exact"/>
        <w:rPr>
          <w:lang w:val="ru-RU"/>
        </w:rPr>
      </w:pPr>
    </w:p>
    <w:p w:rsidR="009501DA" w:rsidRPr="007A214F" w:rsidRDefault="007A214F">
      <w:pPr>
        <w:autoSpaceDE w:val="0"/>
        <w:autoSpaceDN w:val="0"/>
        <w:spacing w:after="0" w:line="281" w:lineRule="auto"/>
        <w:ind w:right="432"/>
        <w:rPr>
          <w:lang w:val="ru-RU"/>
        </w:rPr>
      </w:pP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воплощаются в личностных, </w:t>
      </w:r>
      <w:proofErr w:type="spellStart"/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метапредметных</w:t>
      </w:r>
      <w:proofErr w:type="spellEnd"/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proofErr w:type="spellStart"/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общеучебных</w:t>
      </w:r>
      <w:proofErr w:type="spellEnd"/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/универсальных и предметных результатах обучения. А иностранные языки признаются средством общения и ценным ресурсом личности для самореализации и социальной адаптации; инструментом развития умений поиска, обработки и использования информации в познавательных целях, одним из средств воспитания качеств гражданина, патриота; развития национального самосознания, стремления к </w:t>
      </w:r>
      <w:r w:rsidRPr="007A214F">
        <w:rPr>
          <w:lang w:val="ru-RU"/>
        </w:rPr>
        <w:br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взаимопониманию между людьми разных стран.</w:t>
      </w:r>
    </w:p>
    <w:p w:rsidR="009501DA" w:rsidRPr="007A214F" w:rsidRDefault="007A214F">
      <w:pPr>
        <w:tabs>
          <w:tab w:val="left" w:pos="180"/>
        </w:tabs>
        <w:autoSpaceDE w:val="0"/>
        <w:autoSpaceDN w:val="0"/>
        <w:spacing w:before="190" w:after="0" w:line="288" w:lineRule="auto"/>
        <w:rPr>
          <w:lang w:val="ru-RU"/>
        </w:rPr>
      </w:pP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На прагматическом уровне </w:t>
      </w:r>
      <w:r w:rsidRPr="007A214F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целью иноязычного образования </w:t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провозглашено формирование коммуникативной компетенции обучающихся в единстве таких её составляющих, как речевая, языковая, социокультурная, компенсаторная компетенции: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—   </w:t>
      </w:r>
      <w:r w:rsidRPr="007A214F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речевая компетенция </w:t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— развитие коммуникативных умений в четырёх основных видах речевой деятельности (говорении, </w:t>
      </w:r>
      <w:proofErr w:type="spellStart"/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аудировании</w:t>
      </w:r>
      <w:proofErr w:type="spellEnd"/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, чтении, письме);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—   </w:t>
      </w:r>
      <w:r w:rsidRPr="007A214F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языковая компетенция </w:t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— овладение новыми языковыми средствами (фонетическими, </w:t>
      </w:r>
      <w:r w:rsidRPr="007A214F">
        <w:rPr>
          <w:lang w:val="ru-RU"/>
        </w:rPr>
        <w:br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орфографическими, лексическими, грамматическими) в соответствии </w:t>
      </w:r>
      <w:r>
        <w:rPr>
          <w:rFonts w:ascii="Times New Roman" w:eastAsia="Times New Roman" w:hAnsi="Times New Roman"/>
          <w:color w:val="000000"/>
          <w:sz w:val="24"/>
        </w:rPr>
        <w:t>c</w:t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 отобранными темами общения; освоение знаний о языковых явлениях изучаемого языка, разных способах выражения мысли в родном и иностранном языках;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—   </w:t>
      </w:r>
      <w:r w:rsidRPr="007A214F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социокультурная/межкультурная компетенция </w:t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— приобщение к культуре, традициям реалиям стран/страны изучаемого языка в рамках тем и ситуаций общения, отвечающих опыту, интересам, психологическим особенностям учащихся основной школы на разных её этапах; формирование умения представлять свою страну, её культуру в условиях межкультурного общения;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—   </w:t>
      </w:r>
      <w:r w:rsidRPr="007A214F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компенсаторная компетенция </w:t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— развитие умений выходить из положения в условиях дефицита языковых средств при получении и передаче информации.</w:t>
      </w:r>
    </w:p>
    <w:p w:rsidR="009501DA" w:rsidRPr="007A214F" w:rsidRDefault="007A214F">
      <w:pPr>
        <w:autoSpaceDE w:val="0"/>
        <w:autoSpaceDN w:val="0"/>
        <w:spacing w:before="190" w:after="0"/>
        <w:ind w:right="720" w:firstLine="180"/>
        <w:rPr>
          <w:lang w:val="ru-RU"/>
        </w:rPr>
      </w:pP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Наряду с иноязычной коммуникативной компетенцией средствами иностранного языка формируются </w:t>
      </w:r>
      <w:r w:rsidRPr="007A214F">
        <w:rPr>
          <w:rFonts w:ascii="Times New Roman" w:eastAsia="Times New Roman" w:hAnsi="Times New Roman"/>
          <w:i/>
          <w:color w:val="000000"/>
          <w:sz w:val="24"/>
          <w:lang w:val="ru-RU"/>
        </w:rPr>
        <w:t>ключевые универсальные учебные компетенции</w:t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, включающие образовательную, ценностно-ориентационную, общекультурную, учебно-познавательную, информационную, социально-трудовую и компетенцию личностного самосовершенствования.</w:t>
      </w:r>
    </w:p>
    <w:p w:rsidR="009501DA" w:rsidRPr="007A214F" w:rsidRDefault="007A214F">
      <w:pPr>
        <w:autoSpaceDE w:val="0"/>
        <w:autoSpaceDN w:val="0"/>
        <w:spacing w:before="190" w:after="0" w:line="283" w:lineRule="auto"/>
        <w:ind w:right="288" w:firstLine="180"/>
        <w:rPr>
          <w:lang w:val="ru-RU"/>
        </w:rPr>
      </w:pP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В соответствии с личностно ориентированной парадигмой образования основными подходами к обучению </w:t>
      </w:r>
      <w:r w:rsidRPr="007A214F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иностранным языкам </w:t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признаются </w:t>
      </w:r>
      <w:proofErr w:type="spellStart"/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компетентностный</w:t>
      </w:r>
      <w:proofErr w:type="spellEnd"/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, системно-</w:t>
      </w:r>
      <w:proofErr w:type="spellStart"/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деятельностный</w:t>
      </w:r>
      <w:proofErr w:type="spellEnd"/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, межкультурный и коммуникативно-когнитивный. Совокупность перечисленных подходов предполагает возможность реализовать поставленные цели, добиться достижения планируемых результатов в рамках содержания, отобранного для основной школы, использования новых педагогических технологий (дифференциация, индивидуализация, проектная деятельность и др.) и использования современных средств обучения.</w:t>
      </w:r>
    </w:p>
    <w:p w:rsidR="009501DA" w:rsidRPr="007A214F" w:rsidRDefault="007A214F">
      <w:pPr>
        <w:autoSpaceDE w:val="0"/>
        <w:autoSpaceDN w:val="0"/>
        <w:spacing w:before="264" w:after="0" w:line="262" w:lineRule="auto"/>
        <w:ind w:right="4176"/>
        <w:rPr>
          <w:lang w:val="ru-RU"/>
        </w:rPr>
      </w:pPr>
      <w:r w:rsidRPr="007A214F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МЕСТО УЧЕБНОГО ПРЕДМЕТА В УЧЕБНОМ </w:t>
      </w:r>
      <w:proofErr w:type="gramStart"/>
      <w:r w:rsidRPr="007A214F">
        <w:rPr>
          <w:rFonts w:ascii="Times New Roman" w:eastAsia="Times New Roman" w:hAnsi="Times New Roman"/>
          <w:b/>
          <w:color w:val="000000"/>
          <w:sz w:val="24"/>
          <w:lang w:val="ru-RU"/>
        </w:rPr>
        <w:t>ПЛАНЕ«</w:t>
      </w:r>
      <w:proofErr w:type="gramEnd"/>
      <w:r w:rsidRPr="007A214F">
        <w:rPr>
          <w:rFonts w:ascii="Times New Roman" w:eastAsia="Times New Roman" w:hAnsi="Times New Roman"/>
          <w:b/>
          <w:color w:val="000000"/>
          <w:sz w:val="24"/>
          <w:lang w:val="ru-RU"/>
        </w:rPr>
        <w:t>ИНОСТРАННЫЙ (АНГЛИЙСКИЙ) ЯЗЫК»</w:t>
      </w:r>
    </w:p>
    <w:p w:rsidR="009501DA" w:rsidRPr="007A214F" w:rsidRDefault="007A214F">
      <w:pPr>
        <w:autoSpaceDE w:val="0"/>
        <w:autoSpaceDN w:val="0"/>
        <w:spacing w:before="166" w:after="0" w:line="271" w:lineRule="auto"/>
        <w:ind w:right="144" w:firstLine="180"/>
        <w:rPr>
          <w:lang w:val="ru-RU"/>
        </w:rPr>
      </w:pP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Обязательный учебный предмет «Иностранный язык» входит в предметную область «Иностранные языки» и изучается обязательно со 2-го по 11-ый класс. На изучение иностранного языка в 5 классе отведено 102 учебных часа, по 3 часа в неделю.</w:t>
      </w:r>
    </w:p>
    <w:p w:rsidR="009501DA" w:rsidRPr="007A214F" w:rsidRDefault="009501DA">
      <w:pPr>
        <w:rPr>
          <w:lang w:val="ru-RU"/>
        </w:rPr>
        <w:sectPr w:rsidR="009501DA" w:rsidRPr="007A214F">
          <w:pgSz w:w="11900" w:h="16840"/>
          <w:pgMar w:top="286" w:right="660" w:bottom="1440" w:left="666" w:header="720" w:footer="720" w:gutter="0"/>
          <w:cols w:space="720" w:equalWidth="0">
            <w:col w:w="10574" w:space="0"/>
          </w:cols>
          <w:docGrid w:linePitch="360"/>
        </w:sectPr>
      </w:pPr>
    </w:p>
    <w:p w:rsidR="009501DA" w:rsidRPr="007A214F" w:rsidRDefault="009501DA">
      <w:pPr>
        <w:autoSpaceDE w:val="0"/>
        <w:autoSpaceDN w:val="0"/>
        <w:spacing w:after="78" w:line="220" w:lineRule="exact"/>
        <w:rPr>
          <w:lang w:val="ru-RU"/>
        </w:rPr>
      </w:pPr>
    </w:p>
    <w:p w:rsidR="009501DA" w:rsidRPr="007A214F" w:rsidRDefault="007A214F">
      <w:pPr>
        <w:autoSpaceDE w:val="0"/>
        <w:autoSpaceDN w:val="0"/>
        <w:spacing w:after="0" w:line="230" w:lineRule="auto"/>
        <w:rPr>
          <w:lang w:val="ru-RU"/>
        </w:rPr>
      </w:pPr>
      <w:r w:rsidRPr="007A214F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СОДЕРЖАНИЕ УЧЕБНОГО ПРЕДМЕТА </w:t>
      </w:r>
    </w:p>
    <w:p w:rsidR="009501DA" w:rsidRPr="007A214F" w:rsidRDefault="007A214F">
      <w:pPr>
        <w:tabs>
          <w:tab w:val="left" w:pos="180"/>
        </w:tabs>
        <w:autoSpaceDE w:val="0"/>
        <w:autoSpaceDN w:val="0"/>
        <w:spacing w:before="346" w:after="0" w:line="271" w:lineRule="auto"/>
        <w:ind w:right="1152"/>
        <w:rPr>
          <w:lang w:val="ru-RU"/>
        </w:rPr>
      </w:pP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КОММУНИКАТИВНЫЕ УМЕНИЯ 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Формирование умения общаться в устной и письменной форме, используя рецептивные и продуктивные виды речевой деятельности в рамках тематического содержания речи.</w:t>
      </w:r>
    </w:p>
    <w:p w:rsidR="009501DA" w:rsidRPr="007A214F" w:rsidRDefault="007A214F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Моя семья. Мои друзья. Семейные праздники: день рождения, Новый год.</w:t>
      </w:r>
    </w:p>
    <w:p w:rsidR="009501DA" w:rsidRPr="007A214F" w:rsidRDefault="007A214F">
      <w:pPr>
        <w:tabs>
          <w:tab w:val="left" w:pos="180"/>
        </w:tabs>
        <w:autoSpaceDE w:val="0"/>
        <w:autoSpaceDN w:val="0"/>
        <w:spacing w:before="70" w:after="0" w:line="262" w:lineRule="auto"/>
        <w:ind w:right="144"/>
        <w:rPr>
          <w:lang w:val="ru-RU"/>
        </w:rPr>
      </w:pP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Внешность и характер человека/литературного персонажа. Досуг и увлечения/хобби современного подростка (чтение, кино, спорт).</w:t>
      </w:r>
    </w:p>
    <w:p w:rsidR="009501DA" w:rsidRPr="007A214F" w:rsidRDefault="007A214F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Здоровый образ жизни: режим труда и отдыха, здоровое питание.</w:t>
      </w:r>
    </w:p>
    <w:p w:rsidR="009501DA" w:rsidRPr="007A214F" w:rsidRDefault="007A214F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Покупки: одежда, обувь и продукты питания.</w:t>
      </w:r>
    </w:p>
    <w:p w:rsidR="009501DA" w:rsidRPr="007A214F" w:rsidRDefault="007A214F">
      <w:pPr>
        <w:tabs>
          <w:tab w:val="left" w:pos="180"/>
        </w:tabs>
        <w:autoSpaceDE w:val="0"/>
        <w:autoSpaceDN w:val="0"/>
        <w:spacing w:before="72" w:after="0" w:line="262" w:lineRule="auto"/>
        <w:ind w:right="864"/>
        <w:rPr>
          <w:lang w:val="ru-RU"/>
        </w:rPr>
      </w:pP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Школа, школьная жизнь, школьная форма, изучаемые предметы. Переписка с зарубежными сверстниками.</w:t>
      </w:r>
    </w:p>
    <w:p w:rsidR="009501DA" w:rsidRPr="007A214F" w:rsidRDefault="007A214F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Каникулы в различное время года. Виды отдыха.</w:t>
      </w:r>
    </w:p>
    <w:p w:rsidR="009501DA" w:rsidRPr="007A214F" w:rsidRDefault="007A214F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Природа: дикие и домашние животные. Погода. Родной город/село. Транспорт.</w:t>
      </w:r>
    </w:p>
    <w:p w:rsidR="009501DA" w:rsidRPr="007A214F" w:rsidRDefault="007A214F">
      <w:pPr>
        <w:tabs>
          <w:tab w:val="left" w:pos="180"/>
        </w:tabs>
        <w:autoSpaceDE w:val="0"/>
        <w:autoSpaceDN w:val="0"/>
        <w:spacing w:before="70" w:after="0" w:line="271" w:lineRule="auto"/>
        <w:ind w:right="576"/>
        <w:rPr>
          <w:lang w:val="ru-RU"/>
        </w:rPr>
      </w:pP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Родная страна и страна/страны изучаемого языка. Их географическое положение, столицы; достопримечательности, культурные особенности (национальные праздники, традиции, обычаи). </w:t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Выдающиеся люди родной страны и страны/стран изучаемого языка: писатели, поэты.</w:t>
      </w:r>
    </w:p>
    <w:p w:rsidR="009501DA" w:rsidRPr="007A214F" w:rsidRDefault="007A214F">
      <w:pPr>
        <w:tabs>
          <w:tab w:val="left" w:pos="180"/>
        </w:tabs>
        <w:autoSpaceDE w:val="0"/>
        <w:autoSpaceDN w:val="0"/>
        <w:spacing w:before="190" w:after="0" w:line="286" w:lineRule="auto"/>
        <w:ind w:right="144"/>
        <w:rPr>
          <w:lang w:val="ru-RU"/>
        </w:rPr>
      </w:pP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Говорение 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Развитие коммуникативных умений </w:t>
      </w:r>
      <w:r w:rsidRPr="007A214F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диалогической речи </w:t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на базе умений, сформированных в начальной школе: 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i/>
          <w:color w:val="000000"/>
          <w:sz w:val="24"/>
          <w:lang w:val="ru-RU"/>
        </w:rPr>
        <w:t>диалог этикетного  характера</w:t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:  начинать,  поддерживать и заканчивать разговор (в том числе разговор по телефону); поздравлять с праздником и вежливо реагировать на поздравление; выражать благодарность; вежливо соглашаться на предложение/отказываться от предложения собеседника; </w:t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i/>
          <w:color w:val="000000"/>
          <w:sz w:val="24"/>
          <w:lang w:val="ru-RU"/>
        </w:rPr>
        <w:t>диалог-побуждение к действию</w:t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: обращаться с просьбой, вежливо соглашаться/не соглашаться выполнить просьбу; приглашать собеседника к совместной деятельности, вежливо соглашаться/не соглашаться на предложение собеседника; 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i/>
          <w:color w:val="000000"/>
          <w:sz w:val="24"/>
          <w:lang w:val="ru-RU"/>
        </w:rPr>
        <w:t>диалог-расспрос</w:t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: сообщать фактическую информацию, отвечая на вопросы разных видов; запрашивать интересующую информацию.</w:t>
      </w:r>
    </w:p>
    <w:p w:rsidR="009501DA" w:rsidRPr="007A214F" w:rsidRDefault="007A214F">
      <w:pPr>
        <w:autoSpaceDE w:val="0"/>
        <w:autoSpaceDN w:val="0"/>
        <w:spacing w:before="70" w:after="0"/>
        <w:ind w:right="288" w:firstLine="180"/>
        <w:rPr>
          <w:lang w:val="ru-RU"/>
        </w:rPr>
      </w:pP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ситуации, ключевые слова и/или иллюстрации, фотографии с соблюдением норм речевого этикета, принятых в стране/странах изучаемого языка.</w:t>
      </w:r>
    </w:p>
    <w:p w:rsidR="009501DA" w:rsidRPr="007A214F" w:rsidRDefault="007A214F">
      <w:pPr>
        <w:autoSpaceDE w:val="0"/>
        <w:autoSpaceDN w:val="0"/>
        <w:spacing w:before="72" w:after="0" w:line="230" w:lineRule="auto"/>
        <w:ind w:left="180"/>
        <w:rPr>
          <w:lang w:val="ru-RU"/>
        </w:rPr>
      </w:pP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Объём диалога — до 5 реплик со стороны каждого собеседника.</w:t>
      </w:r>
    </w:p>
    <w:p w:rsidR="009501DA" w:rsidRPr="007A214F" w:rsidRDefault="007A214F">
      <w:pPr>
        <w:tabs>
          <w:tab w:val="left" w:pos="180"/>
        </w:tabs>
        <w:autoSpaceDE w:val="0"/>
        <w:autoSpaceDN w:val="0"/>
        <w:spacing w:before="70" w:after="0" w:line="286" w:lineRule="auto"/>
        <w:ind w:right="576"/>
        <w:rPr>
          <w:lang w:val="ru-RU"/>
        </w:rPr>
      </w:pP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Развитие коммуникативных умений </w:t>
      </w:r>
      <w:r w:rsidRPr="007A214F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монологической речи </w:t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на базе умений, сформированных в начальной школе: 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1) создание устных  связных  монологических  высказываний с использованием основных коммуникативных типов речи: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—   описание (предмета, внешности и одежды человека), в том числе характеристика (черты характера реального человека или литературного персонажа);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—   повествование/сообщение; 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2) изложение (пересказ) основного содержания прочитанного текста; 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3) краткое изложение результатов выполненной проектной работы.</w:t>
      </w:r>
    </w:p>
    <w:p w:rsidR="009501DA" w:rsidRPr="007A214F" w:rsidRDefault="007A214F">
      <w:pPr>
        <w:autoSpaceDE w:val="0"/>
        <w:autoSpaceDN w:val="0"/>
        <w:spacing w:before="70" w:after="0" w:line="271" w:lineRule="auto"/>
        <w:ind w:right="144" w:firstLine="180"/>
        <w:rPr>
          <w:lang w:val="ru-RU"/>
        </w:rPr>
      </w:pP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слова, вопросы, план и/или иллюстрации, фотографии.</w:t>
      </w:r>
    </w:p>
    <w:p w:rsidR="009501DA" w:rsidRPr="007A214F" w:rsidRDefault="007A214F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Объём монологического высказывания — 5-6 фраз.</w:t>
      </w:r>
    </w:p>
    <w:p w:rsidR="009501DA" w:rsidRPr="007A214F" w:rsidRDefault="009501DA">
      <w:pPr>
        <w:rPr>
          <w:lang w:val="ru-RU"/>
        </w:rPr>
        <w:sectPr w:rsidR="009501DA" w:rsidRPr="007A214F">
          <w:pgSz w:w="11900" w:h="16840"/>
          <w:pgMar w:top="298" w:right="650" w:bottom="398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9501DA" w:rsidRPr="007A214F" w:rsidRDefault="009501DA">
      <w:pPr>
        <w:autoSpaceDE w:val="0"/>
        <w:autoSpaceDN w:val="0"/>
        <w:spacing w:after="78" w:line="220" w:lineRule="exact"/>
        <w:rPr>
          <w:lang w:val="ru-RU"/>
        </w:rPr>
      </w:pPr>
    </w:p>
    <w:p w:rsidR="009501DA" w:rsidRPr="007A214F" w:rsidRDefault="007A214F">
      <w:pPr>
        <w:tabs>
          <w:tab w:val="left" w:pos="180"/>
        </w:tabs>
        <w:autoSpaceDE w:val="0"/>
        <w:autoSpaceDN w:val="0"/>
        <w:spacing w:after="0" w:line="286" w:lineRule="auto"/>
        <w:rPr>
          <w:lang w:val="ru-RU"/>
        </w:rPr>
      </w:pPr>
      <w:r w:rsidRPr="007A214F">
        <w:rPr>
          <w:lang w:val="ru-RU"/>
        </w:rPr>
        <w:tab/>
      </w:r>
      <w:proofErr w:type="spellStart"/>
      <w:r w:rsidRPr="007A214F">
        <w:rPr>
          <w:rFonts w:ascii="Times New Roman" w:eastAsia="Times New Roman" w:hAnsi="Times New Roman"/>
          <w:b/>
          <w:color w:val="000000"/>
          <w:sz w:val="24"/>
          <w:lang w:val="ru-RU"/>
        </w:rPr>
        <w:t>Аудирование</w:t>
      </w:r>
      <w:proofErr w:type="spellEnd"/>
      <w:r w:rsidRPr="007A214F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Развитие коммуникативных умений </w:t>
      </w:r>
      <w:proofErr w:type="spellStart"/>
      <w:r w:rsidRPr="007A214F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аудирования</w:t>
      </w:r>
      <w:proofErr w:type="spellEnd"/>
      <w:r w:rsidRPr="007A214F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 </w:t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на базе умений, сформированных в начальной школе: 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при непосредственном общении: понимание на слух речи учителя и одноклассников и </w:t>
      </w:r>
      <w:r w:rsidRPr="007A214F">
        <w:rPr>
          <w:lang w:val="ru-RU"/>
        </w:rPr>
        <w:br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вербальная/невербальная реакция на услышанное; 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при опосредованном общении: дальнейшее развитие умений восприятия и понимания на слух несложных адаптированных аутентичных текстов, содержащих отдельные незнакомые слова,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 с опорой и без опоры на иллюстрации.</w:t>
      </w:r>
    </w:p>
    <w:p w:rsidR="009501DA" w:rsidRPr="007A214F" w:rsidRDefault="007A214F">
      <w:pPr>
        <w:autoSpaceDE w:val="0"/>
        <w:autoSpaceDN w:val="0"/>
        <w:spacing w:before="72" w:after="0" w:line="271" w:lineRule="auto"/>
        <w:ind w:right="864" w:firstLine="180"/>
        <w:rPr>
          <w:lang w:val="ru-RU"/>
        </w:rPr>
      </w:pPr>
      <w:proofErr w:type="spellStart"/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Аудирование</w:t>
      </w:r>
      <w:proofErr w:type="spellEnd"/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 с пониманием основного содержания текста предполагает умение определять основную тему и главные факты/события в воспринимаемом на слух тексте; игнорировать незнакомые слова, несущественные для понимания основного содержания.</w:t>
      </w:r>
    </w:p>
    <w:p w:rsidR="009501DA" w:rsidRPr="007A214F" w:rsidRDefault="007A214F">
      <w:pPr>
        <w:autoSpaceDE w:val="0"/>
        <w:autoSpaceDN w:val="0"/>
        <w:spacing w:before="70" w:after="0" w:line="271" w:lineRule="auto"/>
        <w:ind w:right="144" w:firstLine="180"/>
        <w:rPr>
          <w:lang w:val="ru-RU"/>
        </w:rPr>
      </w:pPr>
      <w:proofErr w:type="spellStart"/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Аудирование</w:t>
      </w:r>
      <w:proofErr w:type="spellEnd"/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 с пониманием запрашиваемой информации предполагает умение выделять </w:t>
      </w:r>
      <w:r w:rsidRPr="007A214F">
        <w:rPr>
          <w:lang w:val="ru-RU"/>
        </w:rPr>
        <w:br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запрашиваемую информацию, представленную в эксплицитной (явной) форме, в воспринимаемом на слух тексте.</w:t>
      </w:r>
    </w:p>
    <w:p w:rsidR="009501DA" w:rsidRPr="007A214F" w:rsidRDefault="007A214F">
      <w:pPr>
        <w:tabs>
          <w:tab w:val="left" w:pos="180"/>
        </w:tabs>
        <w:autoSpaceDE w:val="0"/>
        <w:autoSpaceDN w:val="0"/>
        <w:spacing w:before="70" w:after="0" w:line="262" w:lineRule="auto"/>
        <w:ind w:right="288"/>
        <w:rPr>
          <w:lang w:val="ru-RU"/>
        </w:rPr>
      </w:pP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Тексты для </w:t>
      </w:r>
      <w:proofErr w:type="spellStart"/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аудирования</w:t>
      </w:r>
      <w:proofErr w:type="spellEnd"/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: диалог (беседа), высказывания собеседников в ситуациях повседневного общения, рассказ, сообщение информационного характера.</w:t>
      </w:r>
    </w:p>
    <w:p w:rsidR="009501DA" w:rsidRPr="007A214F" w:rsidRDefault="007A214F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Время звучания текста/текстов для </w:t>
      </w:r>
      <w:proofErr w:type="spellStart"/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аудирования</w:t>
      </w:r>
      <w:proofErr w:type="spellEnd"/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 — до 1 минуты.</w:t>
      </w:r>
    </w:p>
    <w:p w:rsidR="009501DA" w:rsidRPr="007A214F" w:rsidRDefault="007A214F">
      <w:pPr>
        <w:tabs>
          <w:tab w:val="left" w:pos="180"/>
        </w:tabs>
        <w:autoSpaceDE w:val="0"/>
        <w:autoSpaceDN w:val="0"/>
        <w:spacing w:before="190" w:after="0" w:line="281" w:lineRule="auto"/>
        <w:ind w:right="432"/>
        <w:rPr>
          <w:lang w:val="ru-RU"/>
        </w:rPr>
      </w:pP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Смысловое чтение 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стилей, содержащие отдельные незнакомые слова,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информации.</w:t>
      </w:r>
    </w:p>
    <w:p w:rsidR="009501DA" w:rsidRPr="007A214F" w:rsidRDefault="007A214F">
      <w:pPr>
        <w:autoSpaceDE w:val="0"/>
        <w:autoSpaceDN w:val="0"/>
        <w:spacing w:before="70" w:after="0" w:line="271" w:lineRule="auto"/>
        <w:ind w:right="432" w:firstLine="180"/>
        <w:rPr>
          <w:lang w:val="ru-RU"/>
        </w:rPr>
      </w:pP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Чтение с пониманием основного содержания текста предполагает умение определять основную тему и главные факты/события в прочитанном тексте, игнорировать незнакомые слова, </w:t>
      </w:r>
      <w:r w:rsidRPr="007A214F">
        <w:rPr>
          <w:lang w:val="ru-RU"/>
        </w:rPr>
        <w:br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несущественные для понимания основного содержания.</w:t>
      </w:r>
    </w:p>
    <w:p w:rsidR="009501DA" w:rsidRPr="007A214F" w:rsidRDefault="007A214F">
      <w:pPr>
        <w:tabs>
          <w:tab w:val="left" w:pos="180"/>
        </w:tabs>
        <w:autoSpaceDE w:val="0"/>
        <w:autoSpaceDN w:val="0"/>
        <w:spacing w:before="70" w:after="0" w:line="271" w:lineRule="auto"/>
        <w:ind w:right="288"/>
        <w:rPr>
          <w:lang w:val="ru-RU"/>
        </w:rPr>
      </w:pP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Чтение с пониманием запрашиваемой информации предполагает умение находить в прочитанном тексте и понимать запрашиваемую информацию, представленную в эксплицитной (явной) форме. </w:t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Чтение </w:t>
      </w:r>
      <w:proofErr w:type="spellStart"/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несплошных</w:t>
      </w:r>
      <w:proofErr w:type="spellEnd"/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 текстов (таблиц) и понимание представленной в них информации.</w:t>
      </w:r>
    </w:p>
    <w:p w:rsidR="009501DA" w:rsidRPr="007A214F" w:rsidRDefault="007A214F">
      <w:pPr>
        <w:autoSpaceDE w:val="0"/>
        <w:autoSpaceDN w:val="0"/>
        <w:spacing w:before="72" w:after="0" w:line="271" w:lineRule="auto"/>
        <w:ind w:right="102" w:firstLine="180"/>
        <w:jc w:val="both"/>
        <w:rPr>
          <w:lang w:val="ru-RU"/>
        </w:rPr>
      </w:pP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Тексты для чтения: беседа/диалог, рассказ, сказка, сообщение личного характера, отрывок из статьи научно-популярного характера, сообщение информационного характера, стихотворение; </w:t>
      </w:r>
      <w:proofErr w:type="spellStart"/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несплошной</w:t>
      </w:r>
      <w:proofErr w:type="spellEnd"/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 текст (таблица).</w:t>
      </w:r>
    </w:p>
    <w:p w:rsidR="009501DA" w:rsidRPr="007A214F" w:rsidRDefault="007A214F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Объём текста/текстов для чтения — 180-200 слов.</w:t>
      </w:r>
    </w:p>
    <w:p w:rsidR="009501DA" w:rsidRPr="007A214F" w:rsidRDefault="007A214F">
      <w:pPr>
        <w:tabs>
          <w:tab w:val="left" w:pos="180"/>
        </w:tabs>
        <w:autoSpaceDE w:val="0"/>
        <w:autoSpaceDN w:val="0"/>
        <w:spacing w:before="190" w:after="0" w:line="286" w:lineRule="auto"/>
        <w:ind w:right="288"/>
        <w:rPr>
          <w:lang w:val="ru-RU"/>
        </w:rPr>
      </w:pP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Письменная речь 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Развитие умений письменной речи на базе умений, сформированных в начальной школе: </w:t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списывание текста и выписывание из него слов, словосочетаний, предложений в соответствии с решаемой коммуникативной задачей; 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написание коротких поздравлений с праздниками (с Новым годом, Рождеством, днём рождения); </w:t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заполнение анкет и формуляров: сообщение о себе основных сведений в соответствии с нормами, принятыми в стране/странах изучаемого языка; 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написание электронного сообщения личного характера: сообщение кратких сведений о себе; оформление обращения, завершающей фразы и подписи в соответствии с нормами неофициального общения, принятыми в стране/странах изучаемого языка. Объём сообщения — до 60 слов.</w:t>
      </w:r>
    </w:p>
    <w:p w:rsidR="009501DA" w:rsidRPr="007A214F" w:rsidRDefault="009501DA">
      <w:pPr>
        <w:rPr>
          <w:lang w:val="ru-RU"/>
        </w:rPr>
        <w:sectPr w:rsidR="009501DA" w:rsidRPr="007A214F">
          <w:pgSz w:w="11900" w:h="16840"/>
          <w:pgMar w:top="298" w:right="648" w:bottom="476" w:left="666" w:header="720" w:footer="720" w:gutter="0"/>
          <w:cols w:space="720" w:equalWidth="0">
            <w:col w:w="10586" w:space="0"/>
          </w:cols>
          <w:docGrid w:linePitch="360"/>
        </w:sectPr>
      </w:pPr>
    </w:p>
    <w:p w:rsidR="009501DA" w:rsidRPr="007A214F" w:rsidRDefault="009501DA">
      <w:pPr>
        <w:autoSpaceDE w:val="0"/>
        <w:autoSpaceDN w:val="0"/>
        <w:spacing w:after="78" w:line="220" w:lineRule="exact"/>
        <w:rPr>
          <w:lang w:val="ru-RU"/>
        </w:rPr>
      </w:pPr>
    </w:p>
    <w:p w:rsidR="009501DA" w:rsidRPr="007A214F" w:rsidRDefault="007A214F">
      <w:pPr>
        <w:tabs>
          <w:tab w:val="left" w:pos="180"/>
        </w:tabs>
        <w:autoSpaceDE w:val="0"/>
        <w:autoSpaceDN w:val="0"/>
        <w:spacing w:after="0" w:line="281" w:lineRule="auto"/>
        <w:ind w:right="144"/>
        <w:rPr>
          <w:lang w:val="ru-RU"/>
        </w:rPr>
      </w:pP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ЯЗЫКОВЫЕ ЗНАНИЯ И УМЕНИЯ 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Фонетическая сторона речи 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Различение </w:t>
      </w:r>
      <w:proofErr w:type="gramStart"/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на  слух</w:t>
      </w:r>
      <w:proofErr w:type="gramEnd"/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  и  адекватное,  без  ошибок,  ведущих к сбою в коммуникации, произнесение слов с соблюдением правильного ударения и фраз с соблюдением их ритмико-интонационных особенностей, в том числе отсутствия фразового ударения на служебных словах; чтение новых слов согласно основным правилам чтения.</w:t>
      </w:r>
    </w:p>
    <w:p w:rsidR="009501DA" w:rsidRPr="007A214F" w:rsidRDefault="007A214F">
      <w:pPr>
        <w:autoSpaceDE w:val="0"/>
        <w:autoSpaceDN w:val="0"/>
        <w:spacing w:before="70" w:after="0" w:line="271" w:lineRule="auto"/>
        <w:ind w:right="864" w:firstLine="180"/>
        <w:rPr>
          <w:lang w:val="ru-RU"/>
        </w:rPr>
      </w:pP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Чтение вслух небольших адаптированных аутентичных текстов, построенных на изученном языковом материале, с соблюдением правил чтения и соответствующей интонации, </w:t>
      </w:r>
      <w:r w:rsidRPr="007A214F">
        <w:rPr>
          <w:lang w:val="ru-RU"/>
        </w:rPr>
        <w:br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демонстрирующее понимание текста.</w:t>
      </w:r>
    </w:p>
    <w:p w:rsidR="009501DA" w:rsidRPr="007A214F" w:rsidRDefault="007A214F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Тексты для чтения вслух: беседа/диалог, рассказ, отрывок из статьи научно-популярного характера, сообщение информационного характера.</w:t>
      </w:r>
    </w:p>
    <w:p w:rsidR="009501DA" w:rsidRPr="007A214F" w:rsidRDefault="007A214F">
      <w:pPr>
        <w:autoSpaceDE w:val="0"/>
        <w:autoSpaceDN w:val="0"/>
        <w:spacing w:before="72" w:after="0" w:line="230" w:lineRule="auto"/>
        <w:ind w:left="180"/>
        <w:rPr>
          <w:lang w:val="ru-RU"/>
        </w:rPr>
      </w:pP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Объём текста для чтения вслух — до 90 слов.</w:t>
      </w:r>
    </w:p>
    <w:p w:rsidR="009501DA" w:rsidRPr="007A214F" w:rsidRDefault="007A214F">
      <w:pPr>
        <w:autoSpaceDE w:val="0"/>
        <w:autoSpaceDN w:val="0"/>
        <w:spacing w:before="190" w:after="0" w:line="262" w:lineRule="auto"/>
        <w:ind w:left="180" w:right="6192"/>
        <w:rPr>
          <w:lang w:val="ru-RU"/>
        </w:rPr>
      </w:pPr>
      <w:r w:rsidRPr="007A214F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Графика, орфография и пунктуация </w:t>
      </w:r>
      <w:r w:rsidRPr="007A214F">
        <w:rPr>
          <w:lang w:val="ru-RU"/>
        </w:rPr>
        <w:br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Правильное написание изученных слов.</w:t>
      </w:r>
    </w:p>
    <w:p w:rsidR="009501DA" w:rsidRPr="007A214F" w:rsidRDefault="007A214F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Правильное использование знаков препинания: точки, вопросительного и восклицательного знаков в конце предложения; запятой при перечислении и обращении; апострофа.</w:t>
      </w:r>
    </w:p>
    <w:p w:rsidR="009501DA" w:rsidRPr="007A214F" w:rsidRDefault="007A214F">
      <w:pPr>
        <w:tabs>
          <w:tab w:val="left" w:pos="180"/>
        </w:tabs>
        <w:autoSpaceDE w:val="0"/>
        <w:autoSpaceDN w:val="0"/>
        <w:spacing w:before="70" w:after="0" w:line="262" w:lineRule="auto"/>
        <w:ind w:right="1008"/>
        <w:rPr>
          <w:lang w:val="ru-RU"/>
        </w:rPr>
      </w:pP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Пунктуационно правильное, в соответствии с нормами речевого этикета, принятыми в стране/странах изучаемого языка, оформление электронного сообщения личного характера.</w:t>
      </w:r>
    </w:p>
    <w:p w:rsidR="009501DA" w:rsidRPr="007A214F" w:rsidRDefault="007A214F">
      <w:pPr>
        <w:tabs>
          <w:tab w:val="left" w:pos="180"/>
        </w:tabs>
        <w:autoSpaceDE w:val="0"/>
        <w:autoSpaceDN w:val="0"/>
        <w:spacing w:before="190" w:after="0" w:line="281" w:lineRule="auto"/>
        <w:ind w:right="288"/>
        <w:rPr>
          <w:lang w:val="ru-RU"/>
        </w:rPr>
      </w:pP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Лексическая сторона речи 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Распознавание в письменном и звучащем тексте и употребление в устной и письменной речи лексических единиц (слов, словосочетаний, речевых клише), обслуживающих ситуации общения в рамках тематического содержания речи, с соблюдением существующей в английском языке нормы лексической сочетаемости.</w:t>
      </w:r>
    </w:p>
    <w:p w:rsidR="009501DA" w:rsidRPr="007A214F" w:rsidRDefault="007A214F">
      <w:pPr>
        <w:autoSpaceDE w:val="0"/>
        <w:autoSpaceDN w:val="0"/>
        <w:spacing w:before="70" w:after="0" w:line="271" w:lineRule="auto"/>
        <w:ind w:firstLine="180"/>
        <w:rPr>
          <w:lang w:val="ru-RU"/>
        </w:rPr>
      </w:pP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Объём изучаемой лексики: 625 лексических единиц для продуктивного использования (включая 500 лексических единиц, изученных в начальной школе) и 675 лексических единиц для рецептивного усвоения (включая 625 лексических единиц продуктивного минимума).</w:t>
      </w:r>
    </w:p>
    <w:p w:rsidR="009501DA" w:rsidRPr="007A214F" w:rsidRDefault="007A214F">
      <w:pPr>
        <w:tabs>
          <w:tab w:val="left" w:pos="180"/>
        </w:tabs>
        <w:autoSpaceDE w:val="0"/>
        <w:autoSpaceDN w:val="0"/>
        <w:spacing w:before="70" w:after="0" w:line="286" w:lineRule="auto"/>
        <w:ind w:right="144"/>
        <w:rPr>
          <w:lang w:val="ru-RU"/>
        </w:rPr>
      </w:pP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Основные способы словообразования: 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аффиксация: 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образование имён существительных при помощи суффиксов -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er</w:t>
      </w:r>
      <w:proofErr w:type="spellEnd"/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/-</w:t>
      </w:r>
      <w:r>
        <w:rPr>
          <w:rFonts w:ascii="Times New Roman" w:eastAsia="Times New Roman" w:hAnsi="Times New Roman"/>
          <w:color w:val="000000"/>
          <w:sz w:val="24"/>
        </w:rPr>
        <w:t>or</w:t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 (</w:t>
      </w:r>
      <w:r>
        <w:rPr>
          <w:rFonts w:ascii="Times New Roman" w:eastAsia="Times New Roman" w:hAnsi="Times New Roman"/>
          <w:color w:val="000000"/>
          <w:sz w:val="24"/>
        </w:rPr>
        <w:t>teacher</w:t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visitor</w:t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), -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ist</w:t>
      </w:r>
      <w:proofErr w:type="spellEnd"/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 (</w:t>
      </w:r>
      <w:r>
        <w:rPr>
          <w:rFonts w:ascii="Times New Roman" w:eastAsia="Times New Roman" w:hAnsi="Times New Roman"/>
          <w:color w:val="000000"/>
          <w:sz w:val="24"/>
        </w:rPr>
        <w:t>scientist</w:t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>
        <w:rPr>
          <w:rFonts w:ascii="Times New Roman" w:eastAsia="Times New Roman" w:hAnsi="Times New Roman"/>
          <w:color w:val="000000"/>
          <w:sz w:val="24"/>
        </w:rPr>
        <w:t>tourist</w:t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), -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sion</w:t>
      </w:r>
      <w:proofErr w:type="spellEnd"/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/-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tion</w:t>
      </w:r>
      <w:proofErr w:type="spellEnd"/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 (</w:t>
      </w:r>
      <w:r>
        <w:rPr>
          <w:rFonts w:ascii="Times New Roman" w:eastAsia="Times New Roman" w:hAnsi="Times New Roman"/>
          <w:color w:val="000000"/>
          <w:sz w:val="24"/>
        </w:rPr>
        <w:t>dis</w:t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- 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cussion</w:t>
      </w:r>
      <w:proofErr w:type="spellEnd"/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invitation</w:t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); 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образование </w:t>
      </w:r>
      <w:proofErr w:type="gramStart"/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имён  прилагательных</w:t>
      </w:r>
      <w:proofErr w:type="gramEnd"/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 при помощи суффиксов -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ful</w:t>
      </w:r>
      <w:proofErr w:type="spellEnd"/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 (</w:t>
      </w:r>
      <w:r>
        <w:rPr>
          <w:rFonts w:ascii="Times New Roman" w:eastAsia="Times New Roman" w:hAnsi="Times New Roman"/>
          <w:color w:val="000000"/>
          <w:sz w:val="24"/>
        </w:rPr>
        <w:t>wonderful</w:t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), -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ian</w:t>
      </w:r>
      <w:proofErr w:type="spellEnd"/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/-</w:t>
      </w:r>
      <w:r>
        <w:rPr>
          <w:rFonts w:ascii="Times New Roman" w:eastAsia="Times New Roman" w:hAnsi="Times New Roman"/>
          <w:color w:val="000000"/>
          <w:sz w:val="24"/>
        </w:rPr>
        <w:t>an</w:t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7A214F">
        <w:rPr>
          <w:lang w:val="ru-RU"/>
        </w:rPr>
        <w:br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(</w:t>
      </w:r>
      <w:r>
        <w:rPr>
          <w:rFonts w:ascii="Times New Roman" w:eastAsia="Times New Roman" w:hAnsi="Times New Roman"/>
          <w:color w:val="000000"/>
          <w:sz w:val="24"/>
        </w:rPr>
        <w:t>Russian</w:t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American</w:t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); 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образование наречий при помощи суффикса -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ly</w:t>
      </w:r>
      <w:proofErr w:type="spellEnd"/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 (</w:t>
      </w:r>
      <w:r>
        <w:rPr>
          <w:rFonts w:ascii="Times New Roman" w:eastAsia="Times New Roman" w:hAnsi="Times New Roman"/>
          <w:color w:val="000000"/>
          <w:sz w:val="24"/>
        </w:rPr>
        <w:t>recently</w:t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); 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образование имён прилагательных, имён существительных и наречий при помощи отрицательного префикса </w:t>
      </w:r>
      <w:r>
        <w:rPr>
          <w:rFonts w:ascii="Times New Roman" w:eastAsia="Times New Roman" w:hAnsi="Times New Roman"/>
          <w:color w:val="000000"/>
          <w:sz w:val="24"/>
        </w:rPr>
        <w:t>un</w:t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- (</w:t>
      </w:r>
      <w:r>
        <w:rPr>
          <w:rFonts w:ascii="Times New Roman" w:eastAsia="Times New Roman" w:hAnsi="Times New Roman"/>
          <w:color w:val="000000"/>
          <w:sz w:val="24"/>
        </w:rPr>
        <w:t>unhappy</w:t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>
        <w:rPr>
          <w:rFonts w:ascii="Times New Roman" w:eastAsia="Times New Roman" w:hAnsi="Times New Roman"/>
          <w:color w:val="000000"/>
          <w:sz w:val="24"/>
        </w:rPr>
        <w:t>unreality</w:t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>
        <w:rPr>
          <w:rFonts w:ascii="Times New Roman" w:eastAsia="Times New Roman" w:hAnsi="Times New Roman"/>
          <w:color w:val="000000"/>
          <w:sz w:val="24"/>
        </w:rPr>
        <w:t>unusually</w:t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).</w:t>
      </w:r>
    </w:p>
    <w:p w:rsidR="009501DA" w:rsidRPr="007A214F" w:rsidRDefault="007A214F">
      <w:pPr>
        <w:tabs>
          <w:tab w:val="left" w:pos="180"/>
        </w:tabs>
        <w:autoSpaceDE w:val="0"/>
        <w:autoSpaceDN w:val="0"/>
        <w:spacing w:before="190" w:after="0" w:line="271" w:lineRule="auto"/>
        <w:ind w:right="720"/>
        <w:rPr>
          <w:lang w:val="ru-RU"/>
        </w:rPr>
      </w:pP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Грамматическая сторона речи 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языка.</w:t>
      </w:r>
    </w:p>
    <w:p w:rsidR="009501DA" w:rsidRPr="007A214F" w:rsidRDefault="007A214F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Предложения с несколькими обстоятельствами, следующими в определённом порядке.</w:t>
      </w:r>
    </w:p>
    <w:p w:rsidR="009501DA" w:rsidRPr="007A214F" w:rsidRDefault="007A214F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Вопросительные предложения (альтернативный и разделительный вопросы в </w:t>
      </w:r>
      <w:r>
        <w:rPr>
          <w:rFonts w:ascii="Times New Roman" w:eastAsia="Times New Roman" w:hAnsi="Times New Roman"/>
          <w:color w:val="000000"/>
          <w:sz w:val="24"/>
        </w:rPr>
        <w:t>Present</w:t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Past</w:t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Future</w:t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Simple</w:t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Tense</w:t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).</w:t>
      </w:r>
    </w:p>
    <w:p w:rsidR="009501DA" w:rsidRPr="007A214F" w:rsidRDefault="007A214F">
      <w:pPr>
        <w:autoSpaceDE w:val="0"/>
        <w:autoSpaceDN w:val="0"/>
        <w:spacing w:before="70" w:after="0" w:line="271" w:lineRule="auto"/>
        <w:ind w:right="144" w:firstLine="180"/>
        <w:rPr>
          <w:lang w:val="ru-RU"/>
        </w:rPr>
      </w:pP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Глаголы в </w:t>
      </w:r>
      <w:proofErr w:type="spellStart"/>
      <w:proofErr w:type="gramStart"/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видо</w:t>
      </w:r>
      <w:proofErr w:type="spellEnd"/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-временных</w:t>
      </w:r>
      <w:proofErr w:type="gramEnd"/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 формах действительного залога в изъявительном наклонении в </w:t>
      </w:r>
      <w:r>
        <w:rPr>
          <w:rFonts w:ascii="Times New Roman" w:eastAsia="Times New Roman" w:hAnsi="Times New Roman"/>
          <w:color w:val="000000"/>
          <w:sz w:val="24"/>
        </w:rPr>
        <w:t>Present</w:t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Perfect</w:t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Tense</w:t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 в повествовательных (утвердительных и отрицательных) и вопросительных </w:t>
      </w:r>
      <w:r w:rsidRPr="007A214F">
        <w:rPr>
          <w:lang w:val="ru-RU"/>
        </w:rPr>
        <w:br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предложениях.</w:t>
      </w:r>
    </w:p>
    <w:p w:rsidR="009501DA" w:rsidRPr="007A214F" w:rsidRDefault="007A214F">
      <w:pPr>
        <w:autoSpaceDE w:val="0"/>
        <w:autoSpaceDN w:val="0"/>
        <w:spacing w:before="70" w:after="0" w:line="230" w:lineRule="auto"/>
        <w:jc w:val="center"/>
        <w:rPr>
          <w:lang w:val="ru-RU"/>
        </w:rPr>
      </w:pP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Имена существительные во множественном числе, в том числе имена существительные, имеющие</w:t>
      </w:r>
    </w:p>
    <w:p w:rsidR="009501DA" w:rsidRPr="007A214F" w:rsidRDefault="009501DA">
      <w:pPr>
        <w:rPr>
          <w:lang w:val="ru-RU"/>
        </w:rPr>
        <w:sectPr w:rsidR="009501DA" w:rsidRPr="007A214F">
          <w:pgSz w:w="11900" w:h="16840"/>
          <w:pgMar w:top="298" w:right="698" w:bottom="416" w:left="666" w:header="720" w:footer="720" w:gutter="0"/>
          <w:cols w:space="720" w:equalWidth="0">
            <w:col w:w="10536" w:space="0"/>
          </w:cols>
          <w:docGrid w:linePitch="360"/>
        </w:sectPr>
      </w:pPr>
    </w:p>
    <w:p w:rsidR="009501DA" w:rsidRPr="007A214F" w:rsidRDefault="009501DA">
      <w:pPr>
        <w:autoSpaceDE w:val="0"/>
        <w:autoSpaceDN w:val="0"/>
        <w:spacing w:after="66" w:line="220" w:lineRule="exact"/>
        <w:rPr>
          <w:lang w:val="ru-RU"/>
        </w:rPr>
      </w:pPr>
    </w:p>
    <w:p w:rsidR="009501DA" w:rsidRPr="007A214F" w:rsidRDefault="007A214F">
      <w:pPr>
        <w:autoSpaceDE w:val="0"/>
        <w:autoSpaceDN w:val="0"/>
        <w:spacing w:after="0" w:line="230" w:lineRule="auto"/>
        <w:rPr>
          <w:lang w:val="ru-RU"/>
        </w:rPr>
      </w:pP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форму только множественного числа.</w:t>
      </w:r>
    </w:p>
    <w:p w:rsidR="009501DA" w:rsidRPr="007A214F" w:rsidRDefault="007A214F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Имена существительные с причастиями настоящего и прошедшего времени.</w:t>
      </w:r>
    </w:p>
    <w:p w:rsidR="009501DA" w:rsidRPr="007A214F" w:rsidRDefault="007A214F">
      <w:pPr>
        <w:tabs>
          <w:tab w:val="left" w:pos="180"/>
        </w:tabs>
        <w:autoSpaceDE w:val="0"/>
        <w:autoSpaceDN w:val="0"/>
        <w:spacing w:before="70" w:after="0" w:line="262" w:lineRule="auto"/>
        <w:ind w:right="288"/>
        <w:rPr>
          <w:lang w:val="ru-RU"/>
        </w:rPr>
      </w:pP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Наречия в положительной, сравнительной и превосходной степенях, образованные по правилу, и исключения.</w:t>
      </w:r>
    </w:p>
    <w:p w:rsidR="009501DA" w:rsidRPr="007A214F" w:rsidRDefault="007A214F">
      <w:pPr>
        <w:tabs>
          <w:tab w:val="left" w:pos="180"/>
        </w:tabs>
        <w:autoSpaceDE w:val="0"/>
        <w:autoSpaceDN w:val="0"/>
        <w:spacing w:before="190" w:after="0"/>
        <w:ind w:right="288"/>
        <w:rPr>
          <w:lang w:val="ru-RU"/>
        </w:rPr>
      </w:pP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СОЦИОКУЛЬТУРНЫЕ ЗНАНИЯ И УМЕНИЯ 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Знание и использование социокультурных элементов речевого поведенческого этикета в стране/странах изучаемого языка в рамках тематического содержания (в ситуациях общения, в том числе «В семье», «В школе», «На улице»).</w:t>
      </w:r>
    </w:p>
    <w:p w:rsidR="009501DA" w:rsidRPr="007A214F" w:rsidRDefault="007A214F">
      <w:pPr>
        <w:autoSpaceDE w:val="0"/>
        <w:autoSpaceDN w:val="0"/>
        <w:spacing w:before="70" w:after="0" w:line="271" w:lineRule="auto"/>
        <w:ind w:right="576" w:firstLine="180"/>
        <w:rPr>
          <w:lang w:val="ru-RU"/>
        </w:rPr>
      </w:pP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(некоторые национальные праздники, традиции в проведении досуга и питании).</w:t>
      </w:r>
    </w:p>
    <w:p w:rsidR="009501DA" w:rsidRPr="007A214F" w:rsidRDefault="007A214F">
      <w:pPr>
        <w:autoSpaceDE w:val="0"/>
        <w:autoSpaceDN w:val="0"/>
        <w:spacing w:before="72" w:after="0" w:line="281" w:lineRule="auto"/>
        <w:ind w:right="144" w:firstLine="180"/>
        <w:rPr>
          <w:lang w:val="ru-RU"/>
        </w:rPr>
      </w:pP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Знание социокультурного портрета родной страны и страны/стран изучаемого языка: знакомство с традициями проведения основных национальных праздников (Рождества, Нового года и т. д.); с особенностями образа жизни и культуры страны/ стран изучаемого языка (известных </w:t>
      </w:r>
      <w:r w:rsidRPr="007A214F">
        <w:rPr>
          <w:lang w:val="ru-RU"/>
        </w:rPr>
        <w:br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достопримечательностях, выдающихся людях); с доступными в языковом отношении образцами детской поэзии и прозы на английском языке.</w:t>
      </w:r>
    </w:p>
    <w:p w:rsidR="009501DA" w:rsidRPr="007A214F" w:rsidRDefault="007A214F">
      <w:pPr>
        <w:tabs>
          <w:tab w:val="left" w:pos="180"/>
        </w:tabs>
        <w:autoSpaceDE w:val="0"/>
        <w:autoSpaceDN w:val="0"/>
        <w:spacing w:before="70" w:after="0" w:line="283" w:lineRule="auto"/>
        <w:rPr>
          <w:lang w:val="ru-RU"/>
        </w:rPr>
      </w:pP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Формирование умений: 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писать свои имя и фамилию, а также имена и фамилии своих родственников и друзей на английском языке; 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правильно оформлять свой адрес на английском языке (в анкете, формуляре); 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кратко представлять Россию и страну/страны изучаемого языка; 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кратко представлять некоторые культурные явления родной страны и страны/стран изучаемого языка (основные национальные праздники, традиции в проведении досуга и питании).</w:t>
      </w:r>
    </w:p>
    <w:p w:rsidR="009501DA" w:rsidRPr="007A214F" w:rsidRDefault="007A214F">
      <w:pPr>
        <w:autoSpaceDE w:val="0"/>
        <w:autoSpaceDN w:val="0"/>
        <w:spacing w:before="190" w:after="0" w:line="262" w:lineRule="auto"/>
        <w:ind w:left="180" w:right="864"/>
        <w:rPr>
          <w:lang w:val="ru-RU"/>
        </w:rPr>
      </w:pPr>
      <w:r w:rsidRPr="007A214F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КОМПЕНСАТОРНЫЕ УМЕНИЯ </w:t>
      </w:r>
      <w:r w:rsidRPr="007A214F">
        <w:rPr>
          <w:lang w:val="ru-RU"/>
        </w:rPr>
        <w:br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Использование при чтении и </w:t>
      </w:r>
      <w:proofErr w:type="spellStart"/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аудировании</w:t>
      </w:r>
      <w:proofErr w:type="spellEnd"/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 языковой, в том числе контекстуальной, догадки.</w:t>
      </w:r>
    </w:p>
    <w:p w:rsidR="009501DA" w:rsidRPr="007A214F" w:rsidRDefault="007A214F">
      <w:pPr>
        <w:tabs>
          <w:tab w:val="left" w:pos="180"/>
        </w:tabs>
        <w:autoSpaceDE w:val="0"/>
        <w:autoSpaceDN w:val="0"/>
        <w:spacing w:before="70" w:after="0" w:line="262" w:lineRule="auto"/>
        <w:ind w:right="576"/>
        <w:rPr>
          <w:lang w:val="ru-RU"/>
        </w:rPr>
      </w:pP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Использование в качестве опоры при порождении собственных высказываний ключевых слов, плана.</w:t>
      </w:r>
    </w:p>
    <w:p w:rsidR="009501DA" w:rsidRPr="007A214F" w:rsidRDefault="007A214F">
      <w:pPr>
        <w:tabs>
          <w:tab w:val="left" w:pos="180"/>
        </w:tabs>
        <w:autoSpaceDE w:val="0"/>
        <w:autoSpaceDN w:val="0"/>
        <w:spacing w:before="70" w:after="0" w:line="262" w:lineRule="auto"/>
        <w:ind w:right="288"/>
        <w:rPr>
          <w:lang w:val="ru-RU"/>
        </w:rPr>
      </w:pP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Игнорирование информации, не являющейся необходимой для понимания </w:t>
      </w:r>
      <w:proofErr w:type="gramStart"/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основного содержания</w:t>
      </w:r>
      <w:proofErr w:type="gramEnd"/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 прочитанного/прослушанного текста или для нахождения в тексте запрашиваемой информации.</w:t>
      </w:r>
    </w:p>
    <w:p w:rsidR="009501DA" w:rsidRPr="007A214F" w:rsidRDefault="009501DA">
      <w:pPr>
        <w:rPr>
          <w:lang w:val="ru-RU"/>
        </w:rPr>
        <w:sectPr w:rsidR="009501DA" w:rsidRPr="007A214F">
          <w:pgSz w:w="11900" w:h="16840"/>
          <w:pgMar w:top="286" w:right="678" w:bottom="1440" w:left="666" w:header="720" w:footer="720" w:gutter="0"/>
          <w:cols w:space="720" w:equalWidth="0">
            <w:col w:w="10556" w:space="0"/>
          </w:cols>
          <w:docGrid w:linePitch="360"/>
        </w:sectPr>
      </w:pPr>
    </w:p>
    <w:p w:rsidR="009501DA" w:rsidRPr="007A214F" w:rsidRDefault="009501DA">
      <w:pPr>
        <w:autoSpaceDE w:val="0"/>
        <w:autoSpaceDN w:val="0"/>
        <w:spacing w:after="78" w:line="220" w:lineRule="exact"/>
        <w:rPr>
          <w:lang w:val="ru-RU"/>
        </w:rPr>
      </w:pPr>
    </w:p>
    <w:p w:rsidR="009501DA" w:rsidRPr="007A214F" w:rsidRDefault="007A214F">
      <w:pPr>
        <w:autoSpaceDE w:val="0"/>
        <w:autoSpaceDN w:val="0"/>
        <w:spacing w:after="0" w:line="230" w:lineRule="auto"/>
        <w:rPr>
          <w:lang w:val="ru-RU"/>
        </w:rPr>
      </w:pPr>
      <w:r w:rsidRPr="007A214F">
        <w:rPr>
          <w:rFonts w:ascii="Times New Roman" w:eastAsia="Times New Roman" w:hAnsi="Times New Roman"/>
          <w:b/>
          <w:color w:val="000000"/>
          <w:sz w:val="24"/>
          <w:lang w:val="ru-RU"/>
        </w:rPr>
        <w:t>ПЛАНИРУЕМЫЕ ОБРАЗОВАТЕЛЬНЫЕ РЕЗУЛЬТАТЫ</w:t>
      </w:r>
    </w:p>
    <w:p w:rsidR="009501DA" w:rsidRPr="007A214F" w:rsidRDefault="007A214F">
      <w:pPr>
        <w:tabs>
          <w:tab w:val="left" w:pos="180"/>
        </w:tabs>
        <w:autoSpaceDE w:val="0"/>
        <w:autoSpaceDN w:val="0"/>
        <w:spacing w:before="346" w:after="0" w:line="262" w:lineRule="auto"/>
        <w:ind w:right="432"/>
        <w:rPr>
          <w:lang w:val="ru-RU"/>
        </w:rPr>
      </w:pP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Изучение английского языка в 5 классе направлено на достижение обучающимися личностных, </w:t>
      </w:r>
      <w:proofErr w:type="spellStart"/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метапредметных</w:t>
      </w:r>
      <w:proofErr w:type="spellEnd"/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 и предметных результатов освоения учебного предмета.</w:t>
      </w:r>
    </w:p>
    <w:p w:rsidR="009501DA" w:rsidRPr="007A214F" w:rsidRDefault="007A214F">
      <w:pPr>
        <w:autoSpaceDE w:val="0"/>
        <w:autoSpaceDN w:val="0"/>
        <w:spacing w:before="262" w:after="0" w:line="230" w:lineRule="auto"/>
        <w:rPr>
          <w:lang w:val="ru-RU"/>
        </w:rPr>
      </w:pPr>
      <w:r w:rsidRPr="007A214F">
        <w:rPr>
          <w:rFonts w:ascii="Times New Roman" w:eastAsia="Times New Roman" w:hAnsi="Times New Roman"/>
          <w:b/>
          <w:color w:val="000000"/>
          <w:sz w:val="24"/>
          <w:lang w:val="ru-RU"/>
        </w:rPr>
        <w:t>ЛИЧНОСТНЫЕ РЕЗУЛЬТАТЫ</w:t>
      </w:r>
    </w:p>
    <w:p w:rsidR="009501DA" w:rsidRPr="007A214F" w:rsidRDefault="007A214F">
      <w:pPr>
        <w:autoSpaceDE w:val="0"/>
        <w:autoSpaceDN w:val="0"/>
        <w:spacing w:before="166" w:after="0" w:line="281" w:lineRule="auto"/>
        <w:ind w:right="576" w:firstLine="180"/>
        <w:rPr>
          <w:lang w:val="ru-RU"/>
        </w:rPr>
      </w:pP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духовно-нравственными ценностями, принятыми в обществе правилами и нормами поведения, и способствуют процессам самопознания, самовоспитания и саморазвития, формирования внутренней позиции личности.</w:t>
      </w:r>
    </w:p>
    <w:p w:rsidR="009501DA" w:rsidRPr="007A214F" w:rsidRDefault="007A214F">
      <w:pPr>
        <w:tabs>
          <w:tab w:val="left" w:pos="180"/>
        </w:tabs>
        <w:autoSpaceDE w:val="0"/>
        <w:autoSpaceDN w:val="0"/>
        <w:spacing w:before="192" w:after="0" w:line="288" w:lineRule="auto"/>
        <w:rPr>
          <w:lang w:val="ru-RU"/>
        </w:rPr>
      </w:pP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Личностные результаты </w:t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деятельности, в том числе в части: 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Гражданского воспитания</w:t>
      </w:r>
      <w:r w:rsidRPr="007A214F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: 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готовность к выполнению обязанностей гражданина и реализации его прав, уважение прав, свобод и законных интересов других людей; 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активное участие в жизни семьи, Организации, местного сообщества, родного края, страны; </w:t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неприятие любых форм экстремизма, дискриминации; понимание роли различных социальных институтов в жизни человека; 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обществе; </w:t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представление о способах противодействия коррупции; готовность к разнообразной совместной деятельности, стремление к взаимопониманию и взаимопомощи, активное участие в школьном самоуправлении; 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готовность к участию в гуманитарной деятельности (</w:t>
      </w:r>
      <w:proofErr w:type="spellStart"/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волонтёрство</w:t>
      </w:r>
      <w:proofErr w:type="spellEnd"/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, помощь людям, нуждающимся в ней).</w:t>
      </w:r>
    </w:p>
    <w:p w:rsidR="009501DA" w:rsidRPr="007A214F" w:rsidRDefault="007A214F">
      <w:pPr>
        <w:tabs>
          <w:tab w:val="left" w:pos="180"/>
        </w:tabs>
        <w:autoSpaceDE w:val="0"/>
        <w:autoSpaceDN w:val="0"/>
        <w:spacing w:before="70" w:after="0" w:line="286" w:lineRule="auto"/>
        <w:ind w:right="432"/>
        <w:rPr>
          <w:lang w:val="ru-RU"/>
        </w:rPr>
      </w:pP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Патриотического воспитания</w:t>
      </w:r>
      <w:r w:rsidRPr="007A214F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: 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 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ценностное отношение к достижениям своей Родины – России, к науке, искусству, спорту, технологиям, боевым подвигам и трудовым достижениям народа; 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стране.</w:t>
      </w:r>
    </w:p>
    <w:p w:rsidR="009501DA" w:rsidRPr="007A214F" w:rsidRDefault="007A214F">
      <w:pPr>
        <w:tabs>
          <w:tab w:val="left" w:pos="180"/>
        </w:tabs>
        <w:autoSpaceDE w:val="0"/>
        <w:autoSpaceDN w:val="0"/>
        <w:spacing w:before="70" w:after="0" w:line="281" w:lineRule="auto"/>
        <w:ind w:right="288"/>
        <w:rPr>
          <w:lang w:val="ru-RU"/>
        </w:rPr>
      </w:pP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Духовно-нравственного воспитания</w:t>
      </w:r>
      <w:r w:rsidRPr="007A214F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: 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ориентация на моральные ценности и нормы в ситуациях нравственного выбора; 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готовность оценивать своё поведение и поступки, поведение и поступки других людей с позиции нравственных и правовых норм с учётом осознания последствий поступков; 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активное неприятие асоциальных поступков, свобода и ответственность личности в условиях индивидуального и общественного пространства.</w:t>
      </w:r>
    </w:p>
    <w:p w:rsidR="009501DA" w:rsidRPr="007A214F" w:rsidRDefault="007A214F">
      <w:pPr>
        <w:tabs>
          <w:tab w:val="left" w:pos="180"/>
        </w:tabs>
        <w:autoSpaceDE w:val="0"/>
        <w:autoSpaceDN w:val="0"/>
        <w:spacing w:before="70" w:after="0"/>
        <w:ind w:right="288"/>
        <w:rPr>
          <w:lang w:val="ru-RU"/>
        </w:rPr>
      </w:pPr>
      <w:r w:rsidRPr="007A214F">
        <w:rPr>
          <w:lang w:val="ru-RU"/>
        </w:rPr>
        <w:tab/>
      </w:r>
      <w:proofErr w:type="spellStart"/>
      <w:r w:rsidRPr="007A214F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Эстетическоговоспитания</w:t>
      </w:r>
      <w:proofErr w:type="spellEnd"/>
      <w:r w:rsidRPr="007A214F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: 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искусства; осознание важности художественной культуры как средства коммуникации и самовыражения;</w:t>
      </w:r>
    </w:p>
    <w:p w:rsidR="009501DA" w:rsidRPr="007A214F" w:rsidRDefault="009501DA">
      <w:pPr>
        <w:rPr>
          <w:lang w:val="ru-RU"/>
        </w:rPr>
        <w:sectPr w:rsidR="009501DA" w:rsidRPr="007A214F">
          <w:pgSz w:w="11900" w:h="16840"/>
          <w:pgMar w:top="298" w:right="650" w:bottom="42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9501DA" w:rsidRPr="007A214F" w:rsidRDefault="009501DA">
      <w:pPr>
        <w:autoSpaceDE w:val="0"/>
        <w:autoSpaceDN w:val="0"/>
        <w:spacing w:after="78" w:line="220" w:lineRule="exact"/>
        <w:rPr>
          <w:lang w:val="ru-RU"/>
        </w:rPr>
      </w:pPr>
    </w:p>
    <w:p w:rsidR="009501DA" w:rsidRPr="007A214F" w:rsidRDefault="007A214F">
      <w:pPr>
        <w:tabs>
          <w:tab w:val="left" w:pos="180"/>
        </w:tabs>
        <w:autoSpaceDE w:val="0"/>
        <w:autoSpaceDN w:val="0"/>
        <w:spacing w:after="0" w:line="271" w:lineRule="auto"/>
        <w:ind w:right="144"/>
        <w:rPr>
          <w:lang w:val="ru-RU"/>
        </w:rPr>
      </w:pP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понимание ценности отечественного и мирового искусства, роли этнических культурных традиций и народного творчества; 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стремление к самовыражению в разных видах искусства.</w:t>
      </w:r>
    </w:p>
    <w:p w:rsidR="009501DA" w:rsidRPr="007A214F" w:rsidRDefault="007A214F">
      <w:pPr>
        <w:tabs>
          <w:tab w:val="left" w:pos="180"/>
        </w:tabs>
        <w:autoSpaceDE w:val="0"/>
        <w:autoSpaceDN w:val="0"/>
        <w:spacing w:before="70" w:after="0" w:line="288" w:lineRule="auto"/>
        <w:rPr>
          <w:lang w:val="ru-RU"/>
        </w:rPr>
      </w:pP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Физического воспитания, формирования культуры здоровья и эмоционального благополучия</w:t>
      </w:r>
      <w:r w:rsidRPr="007A214F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: </w:t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осознание ценности жизни; 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 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здоровья; 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соблюдение правил безопасности, в том числе навыков безопасного поведения в интернет-среде; </w:t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способность адаптироваться к стрессовым ситуациям и меняющимся социальным, </w:t>
      </w:r>
      <w:r w:rsidRPr="007A214F">
        <w:rPr>
          <w:lang w:val="ru-RU"/>
        </w:rPr>
        <w:br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информационным и природным условиям, в том числе осмысляя собственный опыт и выстраивая дальнейшие цели; 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умение принимать себя и других, не осуждая; 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умение осознавать эмоциональное состояние себя и других, умение управлять собственным эмоциональным состоянием; 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proofErr w:type="spellStart"/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сформированность</w:t>
      </w:r>
      <w:proofErr w:type="spellEnd"/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 навыка рефлексии, признание своего права на ошибку и такого же права другого человека.</w:t>
      </w:r>
    </w:p>
    <w:p w:rsidR="009501DA" w:rsidRPr="007A214F" w:rsidRDefault="007A214F">
      <w:pPr>
        <w:tabs>
          <w:tab w:val="left" w:pos="180"/>
        </w:tabs>
        <w:autoSpaceDE w:val="0"/>
        <w:autoSpaceDN w:val="0"/>
        <w:spacing w:before="70" w:after="0" w:line="288" w:lineRule="auto"/>
        <w:rPr>
          <w:lang w:val="ru-RU"/>
        </w:rPr>
      </w:pP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Трудового воспитания</w:t>
      </w:r>
      <w:r w:rsidRPr="007A214F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: 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установка на активное участие в решении практических задач (в рамках семьи, Организации,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интерес к практическому изучению профессий и труда различного рода, в том числе на основе применения изучаемого предметного знания; 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осознание важности обучения на протяжении всей жизни для успешной профессиональной деятельности и развитие необходимых умений для этого; 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готовность адаптироваться в профессиональной среде; 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уважение к труду и результатам трудовой деятельности; 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осознанный выбор и построение индивидуальной траектории образования и жизненных планов с учётом личных и общественных интересов и потребностей.</w:t>
      </w:r>
    </w:p>
    <w:p w:rsidR="009501DA" w:rsidRPr="007A214F" w:rsidRDefault="007A214F">
      <w:pPr>
        <w:tabs>
          <w:tab w:val="left" w:pos="180"/>
        </w:tabs>
        <w:autoSpaceDE w:val="0"/>
        <w:autoSpaceDN w:val="0"/>
        <w:spacing w:before="72" w:after="0" w:line="286" w:lineRule="auto"/>
        <w:rPr>
          <w:lang w:val="ru-RU"/>
        </w:rPr>
      </w:pP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Экологического воспитания</w:t>
      </w:r>
      <w:r w:rsidRPr="007A214F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: 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ориентация на применение знаний из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 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повышение уровня экологической культуры, осознание глобального характера экологических проблем и путей их решения; активное неприятие действий, приносящих вред окружающей среде; </w:t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осознание своей роли как гражданина и потребителя в условиях взаимосвязи природной, </w:t>
      </w:r>
      <w:r w:rsidRPr="007A214F">
        <w:rPr>
          <w:lang w:val="ru-RU"/>
        </w:rPr>
        <w:br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технологической и социальной сред; 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готовность к участию в практической деятельности экологической направленности.</w:t>
      </w:r>
    </w:p>
    <w:p w:rsidR="009501DA" w:rsidRPr="007A214F" w:rsidRDefault="007A214F">
      <w:pPr>
        <w:tabs>
          <w:tab w:val="left" w:pos="180"/>
        </w:tabs>
        <w:autoSpaceDE w:val="0"/>
        <w:autoSpaceDN w:val="0"/>
        <w:spacing w:before="70" w:after="0" w:line="281" w:lineRule="auto"/>
        <w:ind w:right="144"/>
        <w:rPr>
          <w:lang w:val="ru-RU"/>
        </w:rPr>
      </w:pP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Ценности научного познания</w:t>
      </w:r>
      <w:r w:rsidRPr="007A214F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: 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средой; 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овладение языковой и читательской культурой как средством познания мира; 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овладение основными навыками исследовательской деятельности, установка на осмысление опыта,</w:t>
      </w:r>
    </w:p>
    <w:p w:rsidR="009501DA" w:rsidRPr="007A214F" w:rsidRDefault="009501DA">
      <w:pPr>
        <w:rPr>
          <w:lang w:val="ru-RU"/>
        </w:rPr>
        <w:sectPr w:rsidR="009501DA" w:rsidRPr="007A214F">
          <w:pgSz w:w="11900" w:h="16840"/>
          <w:pgMar w:top="298" w:right="640" w:bottom="428" w:left="666" w:header="720" w:footer="720" w:gutter="0"/>
          <w:cols w:space="720" w:equalWidth="0">
            <w:col w:w="10594" w:space="0"/>
          </w:cols>
          <w:docGrid w:linePitch="360"/>
        </w:sectPr>
      </w:pPr>
    </w:p>
    <w:p w:rsidR="009501DA" w:rsidRPr="007A214F" w:rsidRDefault="009501DA">
      <w:pPr>
        <w:autoSpaceDE w:val="0"/>
        <w:autoSpaceDN w:val="0"/>
        <w:spacing w:after="66" w:line="220" w:lineRule="exact"/>
        <w:rPr>
          <w:lang w:val="ru-RU"/>
        </w:rPr>
      </w:pPr>
    </w:p>
    <w:p w:rsidR="009501DA" w:rsidRPr="007A214F" w:rsidRDefault="007A214F">
      <w:pPr>
        <w:autoSpaceDE w:val="0"/>
        <w:autoSpaceDN w:val="0"/>
        <w:spacing w:after="0" w:line="262" w:lineRule="auto"/>
        <w:ind w:right="864"/>
        <w:rPr>
          <w:lang w:val="ru-RU"/>
        </w:rPr>
      </w:pP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наблюдений, поступков и стремление совершенствовать пути достижения индивидуального и коллективного благополучия.</w:t>
      </w:r>
    </w:p>
    <w:p w:rsidR="009501DA" w:rsidRPr="007A214F" w:rsidRDefault="007A214F">
      <w:pPr>
        <w:tabs>
          <w:tab w:val="left" w:pos="180"/>
        </w:tabs>
        <w:autoSpaceDE w:val="0"/>
        <w:autoSpaceDN w:val="0"/>
        <w:spacing w:before="70" w:after="0" w:line="290" w:lineRule="auto"/>
        <w:rPr>
          <w:lang w:val="ru-RU"/>
        </w:rPr>
      </w:pP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Личностные результаты, обеспечивающие адаптацию </w:t>
      </w:r>
      <w:proofErr w:type="spellStart"/>
      <w:r w:rsidRPr="007A214F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обучающегосяк</w:t>
      </w:r>
      <w:proofErr w:type="spellEnd"/>
      <w:r w:rsidRPr="007A214F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 изменяющимся условиям социальной и природной среды, включают</w:t>
      </w:r>
      <w:r w:rsidRPr="007A214F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: 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профессиональной </w:t>
      </w:r>
      <w:r w:rsidRPr="007A214F">
        <w:rPr>
          <w:lang w:val="ru-RU"/>
        </w:rPr>
        <w:br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деятельности, а также в рамках социального взаимодействия с людьми из другой культурной среды; </w:t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способность обучающихся взаимодействовать в условиях неопределённости, открытость опыту и знаниям других; 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способность действовать в условиях неопределённости, повышать уровень своей компетентности через практическую деятельность, в том числе умение учиться у других людей, осознавать в совместной деятельности новые знания, навыки и компетенции из опыта других; 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навык выявления и связывания образов, способность формирования новых знаний, в том числе способность формулировать идеи, понятия, гипотезы об объектах и явлениях, в том числе ранее не известных, осознавать дефицит собственных знаний и компетентностей, планировать своё развитие; </w:t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умение распознавать конкретные примеры понятия по характерным признакам, выполнять операции в соответствии с определением и простейшими свойствами понятия, конкретизировать понятие примерами, использовать понятие и его свойства при решении задач (далее — оперировать </w:t>
      </w:r>
      <w:r w:rsidRPr="007A214F">
        <w:rPr>
          <w:lang w:val="ru-RU"/>
        </w:rPr>
        <w:br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понятиями), а также оперировать терминами и представлениями в области концепции устойчивого развития; 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умение анализировать и выявлять взаимосвязи природы, общества и экономики; 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умение оценивать свои действия с учётом влияния на окружающую среду, достижений целей и преодоления вызовов, возможных глобальных последствий; 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способность обучающихся осознавать стрессовую ситуацию, оценивать происходящие изменения и их последствия; 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воспринимать стрессовую ситуацию как вызов, требующий контрмер; 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оценивать ситуацию стресса, корректировать принимаемые решения и действия; 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формулировать и оценивать риски и последствия, формировать опыт, уметь находить позитивное в произошедшей ситуации; 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быть готовым действовать в отсутствие гарантий успеха.</w:t>
      </w:r>
    </w:p>
    <w:p w:rsidR="009501DA" w:rsidRPr="007A214F" w:rsidRDefault="007A214F">
      <w:pPr>
        <w:autoSpaceDE w:val="0"/>
        <w:autoSpaceDN w:val="0"/>
        <w:spacing w:before="264" w:after="0" w:line="230" w:lineRule="auto"/>
        <w:rPr>
          <w:lang w:val="ru-RU"/>
        </w:rPr>
      </w:pPr>
      <w:r w:rsidRPr="007A214F">
        <w:rPr>
          <w:rFonts w:ascii="Times New Roman" w:eastAsia="Times New Roman" w:hAnsi="Times New Roman"/>
          <w:b/>
          <w:color w:val="000000"/>
          <w:sz w:val="24"/>
          <w:lang w:val="ru-RU"/>
        </w:rPr>
        <w:t>МЕТАПРЕДМЕТНЫЕ РЕЗУЛЬТАТЫ</w:t>
      </w:r>
    </w:p>
    <w:p w:rsidR="009501DA" w:rsidRPr="007A214F" w:rsidRDefault="007A214F">
      <w:pPr>
        <w:tabs>
          <w:tab w:val="left" w:pos="180"/>
        </w:tabs>
        <w:autoSpaceDE w:val="0"/>
        <w:autoSpaceDN w:val="0"/>
        <w:spacing w:before="168" w:after="0" w:line="288" w:lineRule="auto"/>
        <w:ind w:right="144"/>
        <w:rPr>
          <w:lang w:val="ru-RU"/>
        </w:rPr>
      </w:pPr>
      <w:r w:rsidRPr="007A214F">
        <w:rPr>
          <w:lang w:val="ru-RU"/>
        </w:rPr>
        <w:tab/>
      </w:r>
      <w:proofErr w:type="spellStart"/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Метапредметные</w:t>
      </w:r>
      <w:proofErr w:type="spellEnd"/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 результаты освоения программы основного общего образования, в том числе адаптированной, должны отражать: 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Овладение универсальными учебными познавательными действиями</w:t>
      </w:r>
      <w:r w:rsidRPr="007A214F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: 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1) базовые логические действия: 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выявлять и характеризовать существенные признаки объектов (явлений); 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устанавливать существенный признак классификации, основания для обобщения и сравнения, критерии проводимого анализа; 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с учётом предложенной задачи выявлять закономерности и противоречия в рассматриваемых фактах, данных и наблюдениях; 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предлагать критерии для выявления закономерностей и противоречий; 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выявлять дефицит информации, данных, необходимых для решения поставленной задачи; </w:t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выявлять причинно-следственные связи при изучении явлений и процессов; 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9501DA" w:rsidRPr="007A214F" w:rsidRDefault="009501DA">
      <w:pPr>
        <w:rPr>
          <w:lang w:val="ru-RU"/>
        </w:rPr>
        <w:sectPr w:rsidR="009501DA" w:rsidRPr="007A214F">
          <w:pgSz w:w="11900" w:h="16840"/>
          <w:pgMar w:top="286" w:right="654" w:bottom="296" w:left="666" w:header="720" w:footer="720" w:gutter="0"/>
          <w:cols w:space="720" w:equalWidth="0">
            <w:col w:w="10580" w:space="0"/>
          </w:cols>
          <w:docGrid w:linePitch="360"/>
        </w:sectPr>
      </w:pPr>
    </w:p>
    <w:p w:rsidR="009501DA" w:rsidRPr="007A214F" w:rsidRDefault="009501DA">
      <w:pPr>
        <w:autoSpaceDE w:val="0"/>
        <w:autoSpaceDN w:val="0"/>
        <w:spacing w:after="90" w:line="220" w:lineRule="exact"/>
        <w:rPr>
          <w:lang w:val="ru-RU"/>
        </w:rPr>
      </w:pPr>
    </w:p>
    <w:p w:rsidR="009501DA" w:rsidRPr="007A214F" w:rsidRDefault="007A214F">
      <w:pPr>
        <w:tabs>
          <w:tab w:val="left" w:pos="180"/>
        </w:tabs>
        <w:autoSpaceDE w:val="0"/>
        <w:autoSpaceDN w:val="0"/>
        <w:spacing w:after="0" w:line="290" w:lineRule="auto"/>
        <w:rPr>
          <w:lang w:val="ru-RU"/>
        </w:rPr>
      </w:pP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самостоятельно выбирать способ решения учебной задачи (сравнивать несколько вариантов решения,  выбирать  наиболее подходящий с учётом самостоятельно выделенных критериев); </w:t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2) базовые исследовательские действия: 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использовать вопросы как исследовательский инструмент познания; 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формулировать вопросы, фиксирующие разрыв между реальным и желательным состоянием ситуации, объекта, самостоятельно устанавливать искомое и данное; 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формулировать гипотезу об истинности собственных суждений и суждений других, </w:t>
      </w:r>
      <w:r w:rsidRPr="007A214F">
        <w:rPr>
          <w:lang w:val="ru-RU"/>
        </w:rPr>
        <w:br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аргументировать свою позицию, мнение; 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проводить по самостоятельно составленному плану опыт, несложный эксперимент, небольшое исследование по установлению особенностей объекта изучения, причинно-следственных связей и зависимости объектов между собой; 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оценивать на применимость и достоверность информацию, полученную в ходе исследования (эксперимента); 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самостоятельно формулировать обобщения и выводы по результатам проведённого наблюдения, опыта, исследования, владеть инструментами оценки достоверности полученных выводов и обобщений; 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прогнозировать возможное дальнейшее развитие процессов, событий и их последствия в </w:t>
      </w:r>
      <w:r w:rsidRPr="007A214F">
        <w:rPr>
          <w:lang w:val="ru-RU"/>
        </w:rPr>
        <w:br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аналогичных или сходных ситуациях, выдвигать предположения об их развитии в новых условиях и контекстах; 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3) работа с информацией: 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 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выбирать, анализировать, систематизировать и интерпретировать информацию различных видов и форм представления; 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находить сходные аргументы (подтверждающие или опровергающие одну и ту же идею, версию) в различных информационных источниках; 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 </w:t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оценивать надёжность информации по критериям, предложенным педагогическим работником или сформулированным самостоятельно; 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эффективно запоминать и систематизировать информацию.</w:t>
      </w:r>
    </w:p>
    <w:p w:rsidR="009501DA" w:rsidRPr="007A214F" w:rsidRDefault="007A214F">
      <w:pPr>
        <w:tabs>
          <w:tab w:val="left" w:pos="180"/>
        </w:tabs>
        <w:autoSpaceDE w:val="0"/>
        <w:autoSpaceDN w:val="0"/>
        <w:spacing w:before="72" w:after="0" w:line="262" w:lineRule="auto"/>
        <w:ind w:right="1296"/>
        <w:rPr>
          <w:lang w:val="ru-RU"/>
        </w:rPr>
      </w:pP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Овладение системой универсальных учебных познавательных действий обеспечивает </w:t>
      </w:r>
      <w:proofErr w:type="spellStart"/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сформированность</w:t>
      </w:r>
      <w:proofErr w:type="spellEnd"/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 когнитивных навыков у обучающихся.</w:t>
      </w:r>
    </w:p>
    <w:p w:rsidR="009501DA" w:rsidRPr="007A214F" w:rsidRDefault="007A214F">
      <w:pPr>
        <w:tabs>
          <w:tab w:val="left" w:pos="180"/>
        </w:tabs>
        <w:autoSpaceDE w:val="0"/>
        <w:autoSpaceDN w:val="0"/>
        <w:spacing w:before="190" w:after="0" w:line="288" w:lineRule="auto"/>
        <w:rPr>
          <w:lang w:val="ru-RU"/>
        </w:rPr>
      </w:pP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Овладение универсальными учебными коммуникативными действиями</w:t>
      </w:r>
      <w:r w:rsidRPr="007A214F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: 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1) общение: 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воспринимать и формулировать суждения, выражать эмоции в соответствии с целями и условиями общения; 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выражать себя (свою точку зрения) в устных и письменных текстах; 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распознавать невербальные средства общения, понимать значение социальных знаков, знать и распознавать предпосылки конфликтных ситуаций и смягчать конфликты, вести переговоры; </w:t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понимать намерения других, проявлять уважительное отношение к собеседнику и в корректной форме формулировать свои возражения; 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в ходе диалога и(или) дискуссии задавать вопросы по существу обсуждаемой темы и высказывать идеи, нацеленные на решение задачи и поддержание благожелательности общения; 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9501DA" w:rsidRPr="007A214F" w:rsidRDefault="009501DA">
      <w:pPr>
        <w:rPr>
          <w:lang w:val="ru-RU"/>
        </w:rPr>
        <w:sectPr w:rsidR="009501DA" w:rsidRPr="007A214F">
          <w:pgSz w:w="11900" w:h="16840"/>
          <w:pgMar w:top="310" w:right="822" w:bottom="356" w:left="666" w:header="720" w:footer="720" w:gutter="0"/>
          <w:cols w:space="720" w:equalWidth="0">
            <w:col w:w="10412" w:space="0"/>
          </w:cols>
          <w:docGrid w:linePitch="360"/>
        </w:sectPr>
      </w:pPr>
    </w:p>
    <w:p w:rsidR="009501DA" w:rsidRPr="007A214F" w:rsidRDefault="009501DA">
      <w:pPr>
        <w:autoSpaceDE w:val="0"/>
        <w:autoSpaceDN w:val="0"/>
        <w:spacing w:after="78" w:line="220" w:lineRule="exact"/>
        <w:rPr>
          <w:lang w:val="ru-RU"/>
        </w:rPr>
      </w:pPr>
    </w:p>
    <w:p w:rsidR="009501DA" w:rsidRPr="007A214F" w:rsidRDefault="007A214F">
      <w:pPr>
        <w:tabs>
          <w:tab w:val="left" w:pos="180"/>
        </w:tabs>
        <w:autoSpaceDE w:val="0"/>
        <w:autoSpaceDN w:val="0"/>
        <w:spacing w:after="0" w:line="290" w:lineRule="auto"/>
        <w:rPr>
          <w:lang w:val="ru-RU"/>
        </w:rPr>
      </w:pP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публично представлять результаты выполненного опыта (эксперимента, исследования, проекта); </w:t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материалов; 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2) совместная деятельность: 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 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уметь обобщать мнения нескольких людей, проявлять готовность руководить, выполнять </w:t>
      </w:r>
      <w:r w:rsidRPr="007A214F">
        <w:rPr>
          <w:lang w:val="ru-RU"/>
        </w:rPr>
        <w:br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поручения, подчиняться; 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мозговые штурмы и иные); </w:t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выполнять свою часть работы, достигать качественного результата по своему направлению и координировать свои действия с другими членами команды; 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оценивать качество своего вклада в общий продукт по критериям, самостоятельно </w:t>
      </w:r>
      <w:r w:rsidRPr="007A214F">
        <w:rPr>
          <w:lang w:val="ru-RU"/>
        </w:rPr>
        <w:br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сформулированным участниками взаимодействия; 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сравнивать результаты с исходной задачей и вклад каждого члена команды в достижение </w:t>
      </w:r>
      <w:r w:rsidRPr="007A214F">
        <w:rPr>
          <w:lang w:val="ru-RU"/>
        </w:rPr>
        <w:br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результатов, разделять сферу ответственности и проявлять готовность к предоставлению отчёта перед группой.</w:t>
      </w:r>
    </w:p>
    <w:p w:rsidR="009501DA" w:rsidRPr="007A214F" w:rsidRDefault="007A214F">
      <w:pPr>
        <w:tabs>
          <w:tab w:val="left" w:pos="180"/>
        </w:tabs>
        <w:autoSpaceDE w:val="0"/>
        <w:autoSpaceDN w:val="0"/>
        <w:spacing w:before="70" w:after="0" w:line="262" w:lineRule="auto"/>
        <w:ind w:right="1152"/>
        <w:rPr>
          <w:lang w:val="ru-RU"/>
        </w:rPr>
      </w:pP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Овладение системой универсальных учебных коммуникативных действий обеспечивает </w:t>
      </w:r>
      <w:proofErr w:type="spellStart"/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сформированность</w:t>
      </w:r>
      <w:proofErr w:type="spellEnd"/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 социальных навыков и эмоционального интеллекта обучающихся.</w:t>
      </w:r>
    </w:p>
    <w:p w:rsidR="009501DA" w:rsidRPr="007A214F" w:rsidRDefault="007A214F">
      <w:pPr>
        <w:tabs>
          <w:tab w:val="left" w:pos="180"/>
        </w:tabs>
        <w:autoSpaceDE w:val="0"/>
        <w:autoSpaceDN w:val="0"/>
        <w:spacing w:before="190" w:after="0" w:line="290" w:lineRule="auto"/>
        <w:ind w:right="288"/>
        <w:rPr>
          <w:lang w:val="ru-RU"/>
        </w:rPr>
      </w:pP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Овладение универсальными учебными регулятивными действиями</w:t>
      </w:r>
      <w:r w:rsidRPr="007A214F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: 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1) самоорганизация: 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выявлять проблемы для решения в жизненных и учебных ситуациях; 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ориентироваться в различных подходах принятия решений (индивидуальное, принятие решения в группе, принятие решений группой); 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самостоятельно составлять алгоритм решения  задачи 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 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объекте; 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делать выбор и брать ответственность за решение; 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2) самоконтроль: 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владеть способами самоконтроля, </w:t>
      </w:r>
      <w:proofErr w:type="spellStart"/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самомотивации</w:t>
      </w:r>
      <w:proofErr w:type="spellEnd"/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 и рефлексии; 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давать адекватную оценку ситуации и предлагать план её изменения; 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учитывать контекст и предвидеть трудности, которые могут возникнуть при решении учебной задачи, адаптировать решение к меняющимся обстоятельствам; 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объяснять причины достижения (</w:t>
      </w:r>
      <w:proofErr w:type="spellStart"/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недостижения</w:t>
      </w:r>
      <w:proofErr w:type="spellEnd"/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) результатов деятельности, давать оценку приобретённому опыту, уметь находить позитивное в произошедшей ситуации; 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вносить коррективы в деятельность на основе новых обстоятельств, изменившихся ситуаций, установленных ошибок, возникших трудностей; 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оценивать соответствие результата цели и условиям; 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i/>
          <w:color w:val="000000"/>
          <w:sz w:val="24"/>
          <w:lang w:val="ru-RU"/>
        </w:rPr>
        <w:t>3) эмоциональный интеллект:</w:t>
      </w:r>
    </w:p>
    <w:p w:rsidR="009501DA" w:rsidRPr="007A214F" w:rsidRDefault="009501DA">
      <w:pPr>
        <w:rPr>
          <w:lang w:val="ru-RU"/>
        </w:rPr>
        <w:sectPr w:rsidR="009501DA" w:rsidRPr="007A214F">
          <w:pgSz w:w="11900" w:h="16840"/>
          <w:pgMar w:top="298" w:right="688" w:bottom="368" w:left="666" w:header="720" w:footer="720" w:gutter="0"/>
          <w:cols w:space="720" w:equalWidth="0">
            <w:col w:w="10546" w:space="0"/>
          </w:cols>
          <w:docGrid w:linePitch="360"/>
        </w:sectPr>
      </w:pPr>
    </w:p>
    <w:p w:rsidR="009501DA" w:rsidRPr="007A214F" w:rsidRDefault="009501DA">
      <w:pPr>
        <w:autoSpaceDE w:val="0"/>
        <w:autoSpaceDN w:val="0"/>
        <w:spacing w:after="78" w:line="220" w:lineRule="exact"/>
        <w:rPr>
          <w:lang w:val="ru-RU"/>
        </w:rPr>
      </w:pPr>
    </w:p>
    <w:p w:rsidR="009501DA" w:rsidRPr="007A214F" w:rsidRDefault="007A214F">
      <w:pPr>
        <w:tabs>
          <w:tab w:val="left" w:pos="180"/>
        </w:tabs>
        <w:autoSpaceDE w:val="0"/>
        <w:autoSpaceDN w:val="0"/>
        <w:spacing w:after="0" w:line="286" w:lineRule="auto"/>
        <w:rPr>
          <w:lang w:val="ru-RU"/>
        </w:rPr>
      </w:pP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различать, называть и управлять собственными эмоциями и эмоциями других; 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выявлять и анализировать причины эмоций; 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ставить себя на место другого человека, понимать мотивы и намерения другого; 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регулировать способ выражения эмоций; 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4) принятие себя и других: 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осознанно относиться к другому человеку, его мнению; признавать своё право на ошибку и такое же право другого; принимать себя и других, не осуждая; 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открытость себе и другим; 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осознавать невозможность контролировать всё вокруг.</w:t>
      </w:r>
    </w:p>
    <w:p w:rsidR="009501DA" w:rsidRPr="007A214F" w:rsidRDefault="007A214F">
      <w:pPr>
        <w:autoSpaceDE w:val="0"/>
        <w:autoSpaceDN w:val="0"/>
        <w:spacing w:before="70" w:after="0" w:line="274" w:lineRule="auto"/>
        <w:ind w:right="144" w:firstLine="180"/>
        <w:rPr>
          <w:lang w:val="ru-RU"/>
        </w:rPr>
      </w:pP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Овладение системой универсальных учебных регулятивных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поведения).</w:t>
      </w:r>
    </w:p>
    <w:p w:rsidR="009501DA" w:rsidRPr="007A214F" w:rsidRDefault="007A214F">
      <w:pPr>
        <w:autoSpaceDE w:val="0"/>
        <w:autoSpaceDN w:val="0"/>
        <w:spacing w:before="262" w:after="0" w:line="230" w:lineRule="auto"/>
        <w:rPr>
          <w:lang w:val="ru-RU"/>
        </w:rPr>
      </w:pPr>
      <w:r w:rsidRPr="007A214F">
        <w:rPr>
          <w:rFonts w:ascii="Times New Roman" w:eastAsia="Times New Roman" w:hAnsi="Times New Roman"/>
          <w:b/>
          <w:color w:val="000000"/>
          <w:sz w:val="24"/>
          <w:lang w:val="ru-RU"/>
        </w:rPr>
        <w:t>ПРЕДМЕТНЫЕ РЕЗУЛЬТАТЫ</w:t>
      </w:r>
    </w:p>
    <w:p w:rsidR="009501DA" w:rsidRPr="007A214F" w:rsidRDefault="007A214F">
      <w:pPr>
        <w:autoSpaceDE w:val="0"/>
        <w:autoSpaceDN w:val="0"/>
        <w:spacing w:before="166" w:after="0" w:line="281" w:lineRule="auto"/>
        <w:ind w:firstLine="180"/>
        <w:rPr>
          <w:lang w:val="ru-RU"/>
        </w:rPr>
      </w:pP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Предметные результаты по учебному предмету «Иностранный (английский) язык» предметной области «Иностранные языки» ориентированы на применение знаний, умений и навыков в учебных ситуациях и реальных жизненных условиях, должны отражать </w:t>
      </w:r>
      <w:proofErr w:type="spellStart"/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сформированность</w:t>
      </w:r>
      <w:proofErr w:type="spellEnd"/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 иноязычной коммуникативной компетенции на </w:t>
      </w:r>
      <w:proofErr w:type="spellStart"/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допороговом</w:t>
      </w:r>
      <w:proofErr w:type="spellEnd"/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 уровне в совокупности её составляющих — речевой, языковой, социокультурной, компенсаторной, </w:t>
      </w:r>
      <w:proofErr w:type="spellStart"/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метапредметной</w:t>
      </w:r>
      <w:proofErr w:type="spellEnd"/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 (учебно-познавательной).</w:t>
      </w:r>
    </w:p>
    <w:p w:rsidR="009501DA" w:rsidRPr="007A214F" w:rsidRDefault="007A214F">
      <w:pPr>
        <w:tabs>
          <w:tab w:val="left" w:pos="180"/>
        </w:tabs>
        <w:autoSpaceDE w:val="0"/>
        <w:autoSpaceDN w:val="0"/>
        <w:spacing w:before="190" w:after="0" w:line="290" w:lineRule="auto"/>
        <w:rPr>
          <w:lang w:val="ru-RU"/>
        </w:rPr>
      </w:pP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1) Владеть основными видами речевой деятельности: 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говорение: </w:t>
      </w:r>
      <w:r w:rsidRPr="007A214F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вести разные виды диалогов </w:t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(диалог этикетного характера, диалог — побуждение к действию, диалог-расспрос) в рамках тематического содержания речи в стандартных ситуациях неофициального общения с вербальными и/или зрительными опорами, с соблюдением норм речевого этикета, принятого в стране/странах изучаемого языка (до 5 реплик со стороны каждого собеседника); </w:t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создавать разные виды монологических высказываний </w:t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(описание, в том числе характеристика; повествование/сообщение) с вербальными и/или зрительными опорами в рамках тематического содержания речи (объём монологического высказывания — 5-6 фраз); </w:t>
      </w:r>
      <w:r w:rsidRPr="007A214F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излагать </w:t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основное содержание прочитанного текста с вербальными и/или зрительными опорами (объём — 5-6 фраз); кратко </w:t>
      </w:r>
      <w:r w:rsidRPr="007A214F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излагать </w:t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результаты  выполненной проектной работы (объём — до 6 фраз); 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proofErr w:type="spellStart"/>
      <w:r w:rsidRPr="007A214F">
        <w:rPr>
          <w:rFonts w:ascii="Times New Roman" w:eastAsia="Times New Roman" w:hAnsi="Times New Roman"/>
          <w:b/>
          <w:color w:val="000000"/>
          <w:sz w:val="24"/>
          <w:lang w:val="ru-RU"/>
        </w:rPr>
        <w:t>аудирование</w:t>
      </w:r>
      <w:proofErr w:type="spellEnd"/>
      <w:r w:rsidRPr="007A214F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: </w:t>
      </w:r>
      <w:r w:rsidRPr="007A214F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воспринимать на слух и понимать </w:t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несложные адаптированные аутентичные тексты, содержащие отдельные незнакомые слова, со зрительными опорами или без опоры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 (время звучания текста/текстов для </w:t>
      </w:r>
      <w:proofErr w:type="spellStart"/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аудирования</w:t>
      </w:r>
      <w:proofErr w:type="spellEnd"/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 — до 1 минуты); 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proofErr w:type="spellStart"/>
      <w:r w:rsidRPr="007A214F">
        <w:rPr>
          <w:rFonts w:ascii="Times New Roman" w:eastAsia="Times New Roman" w:hAnsi="Times New Roman"/>
          <w:b/>
          <w:color w:val="000000"/>
          <w:sz w:val="24"/>
          <w:lang w:val="ru-RU"/>
        </w:rPr>
        <w:t>смысловоечтение</w:t>
      </w:r>
      <w:proofErr w:type="spellEnd"/>
      <w:r w:rsidRPr="007A214F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: </w:t>
      </w:r>
      <w:r w:rsidRPr="007A214F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читать про себя и понимать </w:t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несложные адаптированные аутентичные тексты, содержащие отдельные незнакомые слова,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 (объём текста/текстов для чтения — 180-200 слов); читать про себя </w:t>
      </w:r>
      <w:proofErr w:type="spellStart"/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несплошные</w:t>
      </w:r>
      <w:proofErr w:type="spellEnd"/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 тексты (таблицы) и понимать представленную в них информацию; 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письменная речь: </w:t>
      </w:r>
      <w:r w:rsidRPr="007A214F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писать </w:t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короткие поздравления с праздниками; заполнять анкеты и формуляры, сообщая о себе основные сведения, в соответствии с нормами, принятыми в стране/странах </w:t>
      </w:r>
      <w:r w:rsidRPr="007A214F">
        <w:rPr>
          <w:lang w:val="ru-RU"/>
        </w:rPr>
        <w:br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изучаемого языка; </w:t>
      </w:r>
      <w:r w:rsidRPr="007A214F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писать </w:t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электронное сообщение личного характера, соблюдая речевой этикет, принятый в стране/странах изучаемого языка (объём сообщения — до 60 слов);</w:t>
      </w:r>
    </w:p>
    <w:p w:rsidR="009501DA" w:rsidRPr="007A214F" w:rsidRDefault="007A214F">
      <w:pPr>
        <w:autoSpaceDE w:val="0"/>
        <w:autoSpaceDN w:val="0"/>
        <w:spacing w:before="190" w:after="0" w:line="271" w:lineRule="auto"/>
        <w:ind w:firstLine="180"/>
        <w:rPr>
          <w:lang w:val="ru-RU"/>
        </w:rPr>
      </w:pP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2) </w:t>
      </w:r>
      <w:r w:rsidRPr="007A214F">
        <w:rPr>
          <w:rFonts w:ascii="Times New Roman" w:eastAsia="Times New Roman" w:hAnsi="Times New Roman"/>
          <w:i/>
          <w:color w:val="000000"/>
          <w:sz w:val="24"/>
          <w:lang w:val="ru-RU"/>
        </w:rPr>
        <w:t>владеть</w:t>
      </w:r>
      <w:r w:rsidRPr="007A214F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фонетическими </w:t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навыками: </w:t>
      </w:r>
      <w:r w:rsidRPr="007A214F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различать на слух и адекватно, </w:t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без ошибок, ведущих к сбою коммуникации, </w:t>
      </w:r>
      <w:r w:rsidRPr="007A214F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произносить </w:t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слова с правильным ударением и фразы с соблюдением их ритмико-интонационных особенностей, в том числе </w:t>
      </w:r>
      <w:r w:rsidRPr="007A214F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применять правила </w:t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отсутствия фразового ударения на</w:t>
      </w:r>
    </w:p>
    <w:p w:rsidR="009501DA" w:rsidRPr="007A214F" w:rsidRDefault="009501DA">
      <w:pPr>
        <w:rPr>
          <w:lang w:val="ru-RU"/>
        </w:rPr>
        <w:sectPr w:rsidR="009501DA" w:rsidRPr="007A214F">
          <w:pgSz w:w="11900" w:h="16840"/>
          <w:pgMar w:top="298" w:right="676" w:bottom="332" w:left="666" w:header="720" w:footer="720" w:gutter="0"/>
          <w:cols w:space="720" w:equalWidth="0">
            <w:col w:w="10558" w:space="0"/>
          </w:cols>
          <w:docGrid w:linePitch="360"/>
        </w:sectPr>
      </w:pPr>
    </w:p>
    <w:p w:rsidR="009501DA" w:rsidRPr="007A214F" w:rsidRDefault="009501DA">
      <w:pPr>
        <w:autoSpaceDE w:val="0"/>
        <w:autoSpaceDN w:val="0"/>
        <w:spacing w:after="66" w:line="220" w:lineRule="exact"/>
        <w:rPr>
          <w:lang w:val="ru-RU"/>
        </w:rPr>
      </w:pPr>
    </w:p>
    <w:p w:rsidR="009501DA" w:rsidRPr="007A214F" w:rsidRDefault="007A214F">
      <w:pPr>
        <w:tabs>
          <w:tab w:val="left" w:pos="180"/>
        </w:tabs>
        <w:autoSpaceDE w:val="0"/>
        <w:autoSpaceDN w:val="0"/>
        <w:spacing w:after="0" w:line="286" w:lineRule="auto"/>
        <w:rPr>
          <w:lang w:val="ru-RU"/>
        </w:rPr>
      </w:pP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служебных словах; </w:t>
      </w:r>
      <w:r w:rsidRPr="007A214F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выразительно читать вслух </w:t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небольшие адаптированные аутентичные тексты объёмом до 90 слов, построенные на изученном языковом материале, с соблюдением правил чтения и соответствующей интонацией, демонстрируя понимание содержания текста; читать новые слова согласно основным правилам чтения; 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i/>
          <w:color w:val="000000"/>
          <w:sz w:val="24"/>
          <w:lang w:val="ru-RU"/>
        </w:rPr>
        <w:t>владеть</w:t>
      </w:r>
      <w:r w:rsidRPr="007A214F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орфографическими </w:t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навыками: правильно </w:t>
      </w:r>
      <w:r w:rsidRPr="007A214F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писать </w:t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изученные слова; 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i/>
          <w:color w:val="000000"/>
          <w:sz w:val="24"/>
          <w:lang w:val="ru-RU"/>
        </w:rPr>
        <w:t>владеть</w:t>
      </w:r>
      <w:r w:rsidRPr="007A214F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пунктуационными </w:t>
      </w:r>
      <w:proofErr w:type="spellStart"/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навыками:</w:t>
      </w:r>
      <w:r w:rsidRPr="007A214F">
        <w:rPr>
          <w:rFonts w:ascii="Times New Roman" w:eastAsia="Times New Roman" w:hAnsi="Times New Roman"/>
          <w:i/>
          <w:color w:val="000000"/>
          <w:sz w:val="24"/>
          <w:lang w:val="ru-RU"/>
        </w:rPr>
        <w:t>использовать</w:t>
      </w:r>
      <w:proofErr w:type="spellEnd"/>
      <w:r w:rsidRPr="007A214F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 </w:t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точку, вопросительный и восклицательный знаки в конце предложения, запятую при перечислении и обращении, апостроф; пунктуационно правильно оформлять электронное сообщение личного характера;</w:t>
      </w:r>
    </w:p>
    <w:p w:rsidR="009501DA" w:rsidRPr="007A214F" w:rsidRDefault="007A214F">
      <w:pPr>
        <w:tabs>
          <w:tab w:val="left" w:pos="180"/>
        </w:tabs>
        <w:autoSpaceDE w:val="0"/>
        <w:autoSpaceDN w:val="0"/>
        <w:spacing w:before="190" w:after="0" w:line="286" w:lineRule="auto"/>
        <w:ind w:right="144"/>
        <w:rPr>
          <w:lang w:val="ru-RU"/>
        </w:rPr>
      </w:pP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3) </w:t>
      </w:r>
      <w:r w:rsidRPr="007A214F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распознавать </w:t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в звучащем и письменном тексте 675 лексических единиц (слов, словосочетаний, речевых клише) и правильно </w:t>
      </w:r>
      <w:r w:rsidRPr="007A214F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употреблять </w:t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в устной и письменной речи 625 лексических единиц (включая  500  лексических  единиц, освоенных в начальной школе), обслуживающих ситуации общения в рамках отобранного тематического содержания, с соблюдением существующей нормы лексической сочетаемости; 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распознавать и употреблять </w:t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в устной и письменной речи родственные слова, образованные с использованием аффиксации: имена существительные с суффиксами -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er</w:t>
      </w:r>
      <w:proofErr w:type="spellEnd"/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/-</w:t>
      </w:r>
      <w:r>
        <w:rPr>
          <w:rFonts w:ascii="Times New Roman" w:eastAsia="Times New Roman" w:hAnsi="Times New Roman"/>
          <w:color w:val="000000"/>
          <w:sz w:val="24"/>
        </w:rPr>
        <w:t>or</w:t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, -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ist</w:t>
      </w:r>
      <w:proofErr w:type="spellEnd"/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, -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sion</w:t>
      </w:r>
      <w:proofErr w:type="spellEnd"/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/- 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tion</w:t>
      </w:r>
      <w:proofErr w:type="spellEnd"/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; имена прилагательные с суффиксами -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ful</w:t>
      </w:r>
      <w:proofErr w:type="spellEnd"/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, -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ian</w:t>
      </w:r>
      <w:proofErr w:type="spellEnd"/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/-</w:t>
      </w:r>
      <w:r>
        <w:rPr>
          <w:rFonts w:ascii="Times New Roman" w:eastAsia="Times New Roman" w:hAnsi="Times New Roman"/>
          <w:color w:val="000000"/>
          <w:sz w:val="24"/>
        </w:rPr>
        <w:t>an</w:t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; наречия с суффиксом -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ly</w:t>
      </w:r>
      <w:proofErr w:type="spellEnd"/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; имена прилагательные, имена существительные и наречия с отрицательным префиксом </w:t>
      </w:r>
      <w:r>
        <w:rPr>
          <w:rFonts w:ascii="Times New Roman" w:eastAsia="Times New Roman" w:hAnsi="Times New Roman"/>
          <w:color w:val="000000"/>
          <w:sz w:val="24"/>
        </w:rPr>
        <w:t>un</w:t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-; 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распознавать и употреблять </w:t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в устной и письменной речи изученные синонимы и </w:t>
      </w:r>
      <w:r w:rsidRPr="007A214F">
        <w:rPr>
          <w:lang w:val="ru-RU"/>
        </w:rPr>
        <w:br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интернациональные слова;</w:t>
      </w:r>
    </w:p>
    <w:p w:rsidR="009501DA" w:rsidRPr="007A214F" w:rsidRDefault="007A214F">
      <w:pPr>
        <w:tabs>
          <w:tab w:val="left" w:pos="180"/>
        </w:tabs>
        <w:autoSpaceDE w:val="0"/>
        <w:autoSpaceDN w:val="0"/>
        <w:spacing w:before="190" w:after="0" w:line="288" w:lineRule="auto"/>
        <w:rPr>
          <w:lang w:val="ru-RU"/>
        </w:rPr>
      </w:pP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4) </w:t>
      </w:r>
      <w:r w:rsidRPr="007A214F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знать и понимать </w:t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особенности структуры простых и сложных предложений английского языка; различных коммуникативных типов предложений английского языка; 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распознавать </w:t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в письменном и звучащем тексте и употреблять в устной и письменной речи:</w:t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-  предложения с несколькими обстоятельствами, следующими в определённом порядке;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- вопросительные предложения (альтернативный и разделительный вопросы в </w:t>
      </w:r>
      <w:r>
        <w:rPr>
          <w:rFonts w:ascii="Times New Roman" w:eastAsia="Times New Roman" w:hAnsi="Times New Roman"/>
          <w:color w:val="000000"/>
          <w:sz w:val="24"/>
        </w:rPr>
        <w:t>Present</w:t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Past</w:t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Future</w:t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Simple</w:t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Tense</w:t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);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- глаголы в  </w:t>
      </w:r>
      <w:proofErr w:type="spellStart"/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видо</w:t>
      </w:r>
      <w:proofErr w:type="spellEnd"/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-временных  формах  действительного  залога в изъявительном наклонении в </w:t>
      </w:r>
      <w:r>
        <w:rPr>
          <w:rFonts w:ascii="Times New Roman" w:eastAsia="Times New Roman" w:hAnsi="Times New Roman"/>
          <w:color w:val="000000"/>
          <w:sz w:val="24"/>
        </w:rPr>
        <w:t>Present</w:t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Perfect</w:t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Tense</w:t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 в повествовательных (утвердительных и отрицательных) и вопросительных предложениях;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- имена существительные во множественном числе, в том числе имена существительные, имеющие форму только множественного числа;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- имена существительные с причастиями настоящего и прошедшего времени;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- наречия в положительной, сравнительной и превосходной степенях, образованные по правилу, и исключения;</w:t>
      </w:r>
    </w:p>
    <w:p w:rsidR="009501DA" w:rsidRPr="007A214F" w:rsidRDefault="007A214F">
      <w:pPr>
        <w:tabs>
          <w:tab w:val="left" w:pos="180"/>
        </w:tabs>
        <w:autoSpaceDE w:val="0"/>
        <w:autoSpaceDN w:val="0"/>
        <w:spacing w:before="190" w:after="0" w:line="286" w:lineRule="auto"/>
        <w:rPr>
          <w:lang w:val="ru-RU"/>
        </w:rPr>
      </w:pP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5) </w:t>
      </w:r>
      <w:r w:rsidRPr="007A214F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владеть </w:t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социокультурными знаниями и умениями: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- использовать </w:t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отдельные социокультурные элементы речевого поведенческого этикета в стране/странах изучаемого языка в рамках тематического содержания;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- знать/понимать и использовать </w:t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в устной и письменной речи наиболее употребительную лексику, обозначающую фоновую лексику и реалии страны/стран изучаемого языка в рамках тематического содержания речи;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- правильно оформлять </w:t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адрес, писать фамилии и имена (свои, родственников и друзей) на английском языке (в анкете, формуляре);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- обладать базовыми знаниями </w:t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о социокультурном портрете родной страны и страны/стран изучаемого языка;</w:t>
      </w:r>
      <w:r w:rsidRPr="007A214F">
        <w:rPr>
          <w:lang w:val="ru-RU"/>
        </w:rPr>
        <w:br/>
      </w: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- </w:t>
      </w:r>
      <w:r w:rsidRPr="007A214F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кратко представлять </w:t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Россию и страны/стран изучаемого языка;</w:t>
      </w:r>
    </w:p>
    <w:p w:rsidR="009501DA" w:rsidRPr="007A214F" w:rsidRDefault="007A214F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6) </w:t>
      </w:r>
      <w:r w:rsidRPr="007A214F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владеть </w:t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компенсаторными умениями: использовать при чтении и </w:t>
      </w:r>
      <w:proofErr w:type="spellStart"/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аудировании</w:t>
      </w:r>
      <w:proofErr w:type="spellEnd"/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 языковую</w:t>
      </w:r>
    </w:p>
    <w:p w:rsidR="009501DA" w:rsidRPr="007A214F" w:rsidRDefault="009501DA">
      <w:pPr>
        <w:rPr>
          <w:lang w:val="ru-RU"/>
        </w:rPr>
        <w:sectPr w:rsidR="009501DA" w:rsidRPr="007A214F">
          <w:pgSz w:w="11900" w:h="16840"/>
          <w:pgMar w:top="286" w:right="728" w:bottom="368" w:left="666" w:header="720" w:footer="720" w:gutter="0"/>
          <w:cols w:space="720" w:equalWidth="0">
            <w:col w:w="10506" w:space="0"/>
          </w:cols>
          <w:docGrid w:linePitch="360"/>
        </w:sectPr>
      </w:pPr>
    </w:p>
    <w:p w:rsidR="009501DA" w:rsidRPr="007A214F" w:rsidRDefault="009501DA">
      <w:pPr>
        <w:autoSpaceDE w:val="0"/>
        <w:autoSpaceDN w:val="0"/>
        <w:spacing w:after="66" w:line="220" w:lineRule="exact"/>
        <w:rPr>
          <w:lang w:val="ru-RU"/>
        </w:rPr>
      </w:pPr>
    </w:p>
    <w:p w:rsidR="009501DA" w:rsidRPr="007A214F" w:rsidRDefault="007A214F">
      <w:pPr>
        <w:autoSpaceDE w:val="0"/>
        <w:autoSpaceDN w:val="0"/>
        <w:spacing w:after="0" w:line="271" w:lineRule="auto"/>
        <w:rPr>
          <w:lang w:val="ru-RU"/>
        </w:rPr>
      </w:pP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догадку, в том числе контекстуальную; игнорировать информацию, не являющуюся необходимой для понимания </w:t>
      </w:r>
      <w:proofErr w:type="gramStart"/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основного содержания</w:t>
      </w:r>
      <w:proofErr w:type="gramEnd"/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 прочитанного/ прослушанного текста или для нахождения в тексте запрашиваемой информации;</w:t>
      </w:r>
    </w:p>
    <w:p w:rsidR="009501DA" w:rsidRPr="007A214F" w:rsidRDefault="007A214F">
      <w:pPr>
        <w:tabs>
          <w:tab w:val="left" w:pos="180"/>
        </w:tabs>
        <w:autoSpaceDE w:val="0"/>
        <w:autoSpaceDN w:val="0"/>
        <w:spacing w:before="190" w:after="0" w:line="262" w:lineRule="auto"/>
        <w:rPr>
          <w:lang w:val="ru-RU"/>
        </w:rPr>
      </w:pP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7) участвовать в несложных учебных проектах с использованием материалов на английском языке с применением ИКТ, соблюдая правила информационной безопасности при работе в сети Интернет;</w:t>
      </w:r>
    </w:p>
    <w:p w:rsidR="009501DA" w:rsidRPr="007A214F" w:rsidRDefault="007A214F">
      <w:pPr>
        <w:tabs>
          <w:tab w:val="left" w:pos="180"/>
        </w:tabs>
        <w:autoSpaceDE w:val="0"/>
        <w:autoSpaceDN w:val="0"/>
        <w:spacing w:before="190" w:after="0" w:line="262" w:lineRule="auto"/>
        <w:ind w:right="576"/>
        <w:rPr>
          <w:lang w:val="ru-RU"/>
        </w:rPr>
      </w:pPr>
      <w:r w:rsidRPr="007A214F">
        <w:rPr>
          <w:lang w:val="ru-RU"/>
        </w:rPr>
        <w:tab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8) использовать иноязычные словари и справочники, в том числе информационно-справочные системы в электронной форме.</w:t>
      </w:r>
    </w:p>
    <w:p w:rsidR="009501DA" w:rsidRPr="007A214F" w:rsidRDefault="009501DA">
      <w:pPr>
        <w:rPr>
          <w:lang w:val="ru-RU"/>
        </w:rPr>
        <w:sectPr w:rsidR="009501DA" w:rsidRPr="007A214F">
          <w:pgSz w:w="11900" w:h="16840"/>
          <w:pgMar w:top="286" w:right="728" w:bottom="1440" w:left="666" w:header="720" w:footer="720" w:gutter="0"/>
          <w:cols w:space="720" w:equalWidth="0">
            <w:col w:w="10506" w:space="0"/>
          </w:cols>
          <w:docGrid w:linePitch="360"/>
        </w:sectPr>
      </w:pPr>
    </w:p>
    <w:p w:rsidR="009501DA" w:rsidRPr="007A214F" w:rsidRDefault="009501DA">
      <w:pPr>
        <w:autoSpaceDE w:val="0"/>
        <w:autoSpaceDN w:val="0"/>
        <w:spacing w:after="64" w:line="220" w:lineRule="exact"/>
        <w:rPr>
          <w:lang w:val="ru-RU"/>
        </w:rPr>
      </w:pPr>
    </w:p>
    <w:p w:rsidR="009501DA" w:rsidRDefault="007A214F">
      <w:pPr>
        <w:autoSpaceDE w:val="0"/>
        <w:autoSpaceDN w:val="0"/>
        <w:spacing w:after="258" w:line="233" w:lineRule="auto"/>
      </w:pPr>
      <w:r>
        <w:rPr>
          <w:rFonts w:ascii="Times New Roman" w:eastAsia="Times New Roman" w:hAnsi="Times New Roman"/>
          <w:b/>
          <w:color w:val="000000"/>
          <w:w w:val="101"/>
          <w:sz w:val="19"/>
        </w:rPr>
        <w:t xml:space="preserve">ТЕМАТИЧЕСКОЕ ПЛАНИРОВАНИЕ 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84"/>
        <w:gridCol w:w="6952"/>
        <w:gridCol w:w="528"/>
        <w:gridCol w:w="1106"/>
        <w:gridCol w:w="1140"/>
        <w:gridCol w:w="804"/>
        <w:gridCol w:w="1272"/>
        <w:gridCol w:w="1118"/>
        <w:gridCol w:w="2198"/>
      </w:tblGrid>
      <w:tr w:rsidR="009501DA">
        <w:trPr>
          <w:trHeight w:hRule="exact" w:val="348"/>
        </w:trPr>
        <w:tc>
          <w:tcPr>
            <w:tcW w:w="3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01DA" w:rsidRDefault="007A214F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п/п</w:t>
            </w:r>
          </w:p>
        </w:tc>
        <w:tc>
          <w:tcPr>
            <w:tcW w:w="69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01DA" w:rsidRPr="007A214F" w:rsidRDefault="007A214F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7A214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Наименование разделов и тем программы</w:t>
            </w:r>
          </w:p>
        </w:tc>
        <w:tc>
          <w:tcPr>
            <w:tcW w:w="27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01DA" w:rsidRDefault="007A214F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Количество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часов</w:t>
            </w:r>
            <w:proofErr w:type="spellEnd"/>
          </w:p>
        </w:tc>
        <w:tc>
          <w:tcPr>
            <w:tcW w:w="8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01DA" w:rsidRDefault="007A214F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Дата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изучения</w:t>
            </w:r>
          </w:p>
        </w:tc>
        <w:tc>
          <w:tcPr>
            <w:tcW w:w="12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01DA" w:rsidRDefault="007A214F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Виды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деятельности</w:t>
            </w:r>
          </w:p>
        </w:tc>
        <w:tc>
          <w:tcPr>
            <w:tcW w:w="11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01DA" w:rsidRDefault="007A214F">
            <w:pPr>
              <w:autoSpaceDE w:val="0"/>
              <w:autoSpaceDN w:val="0"/>
              <w:spacing w:before="78" w:after="0" w:line="247" w:lineRule="auto"/>
              <w:ind w:left="74" w:right="288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Виды,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формы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контроля</w:t>
            </w:r>
          </w:p>
        </w:tc>
        <w:tc>
          <w:tcPr>
            <w:tcW w:w="21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01DA" w:rsidRDefault="007A214F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Электронные (цифровые) образовательные ресурсы</w:t>
            </w:r>
          </w:p>
        </w:tc>
      </w:tr>
      <w:tr w:rsidR="009501DA">
        <w:trPr>
          <w:trHeight w:hRule="exact" w:val="540"/>
        </w:trPr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1DA" w:rsidRDefault="009501DA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1DA" w:rsidRDefault="009501DA"/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01DA" w:rsidRDefault="007A214F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всего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01DA" w:rsidRDefault="007A214F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контрольные работы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01DA" w:rsidRDefault="007A214F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практические работы</w:t>
            </w:r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1DA" w:rsidRDefault="009501DA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1DA" w:rsidRDefault="009501DA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1DA" w:rsidRDefault="009501DA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1DA" w:rsidRDefault="009501DA"/>
        </w:tc>
      </w:tr>
      <w:tr w:rsidR="009501DA">
        <w:trPr>
          <w:trHeight w:hRule="exact" w:val="1886"/>
        </w:trPr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01DA" w:rsidRDefault="007A214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</w:t>
            </w:r>
          </w:p>
        </w:tc>
        <w:tc>
          <w:tcPr>
            <w:tcW w:w="6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01DA" w:rsidRPr="007A214F" w:rsidRDefault="007A214F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Моя семья. Мои друзья. Семейные праздники (день рождения, Новый год)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01DA" w:rsidRDefault="007A214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10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01DA" w:rsidRDefault="007A214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01DA" w:rsidRDefault="009501DA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01DA" w:rsidRDefault="009501DA"/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01DA" w:rsidRPr="007A214F" w:rsidRDefault="007A214F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Диалогическая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речь;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Монологическая речь; </w:t>
            </w:r>
            <w:r w:rsidRPr="007A214F">
              <w:rPr>
                <w:lang w:val="ru-RU"/>
              </w:rPr>
              <w:br/>
            </w:r>
            <w:proofErr w:type="spellStart"/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Аудирование</w:t>
            </w:r>
            <w:proofErr w:type="spellEnd"/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;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Смысловое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чтение;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Письменная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речь;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01DA" w:rsidRPr="007A214F" w:rsidRDefault="007A214F">
            <w:pPr>
              <w:autoSpaceDE w:val="0"/>
              <w:autoSpaceDN w:val="0"/>
              <w:spacing w:before="78" w:after="0" w:line="252" w:lineRule="auto"/>
              <w:ind w:left="74"/>
              <w:rPr>
                <w:lang w:val="ru-RU"/>
              </w:rPr>
            </w:pPr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Устный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опрос;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Письменный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контроль;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Тестирование;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01DA" w:rsidRDefault="007A214F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https://resh.edu.ru/subject/11/5/? ysclid=l9iexpnzgw406350628</w:t>
            </w:r>
          </w:p>
        </w:tc>
      </w:tr>
      <w:tr w:rsidR="009501DA">
        <w:trPr>
          <w:trHeight w:hRule="exact" w:val="2270"/>
        </w:trPr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01DA" w:rsidRDefault="007A214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</w:t>
            </w:r>
          </w:p>
        </w:tc>
        <w:tc>
          <w:tcPr>
            <w:tcW w:w="6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01DA" w:rsidRPr="007A214F" w:rsidRDefault="007A214F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Внешность и характер человека/литературного персонажа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01DA" w:rsidRDefault="007A214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01DA" w:rsidRDefault="007A214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01DA" w:rsidRDefault="009501DA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01DA" w:rsidRDefault="009501DA"/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01DA" w:rsidRPr="007A214F" w:rsidRDefault="007A214F">
            <w:pPr>
              <w:autoSpaceDE w:val="0"/>
              <w:autoSpaceDN w:val="0"/>
              <w:spacing w:before="76" w:after="0" w:line="254" w:lineRule="auto"/>
              <w:ind w:left="72"/>
              <w:rPr>
                <w:lang w:val="ru-RU"/>
              </w:rPr>
            </w:pPr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Диалогическая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речь;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Монологическая речь; </w:t>
            </w:r>
            <w:r w:rsidRPr="007A214F">
              <w:rPr>
                <w:lang w:val="ru-RU"/>
              </w:rPr>
              <w:br/>
            </w:r>
            <w:proofErr w:type="spellStart"/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Аудирование</w:t>
            </w:r>
            <w:proofErr w:type="spellEnd"/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;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Смысловое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чтение;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Письменная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речь;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Фонетическая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сторона речи;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01DA" w:rsidRPr="007A214F" w:rsidRDefault="007A214F">
            <w:pPr>
              <w:autoSpaceDE w:val="0"/>
              <w:autoSpaceDN w:val="0"/>
              <w:spacing w:before="76" w:after="0" w:line="252" w:lineRule="auto"/>
              <w:ind w:left="74"/>
              <w:rPr>
                <w:lang w:val="ru-RU"/>
              </w:rPr>
            </w:pPr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Устный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опрос;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Письменный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контроль;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Тестирование;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01DA" w:rsidRDefault="007A214F">
            <w:pPr>
              <w:autoSpaceDE w:val="0"/>
              <w:autoSpaceDN w:val="0"/>
              <w:spacing w:before="76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https://resh.edu.ru/subject/11/5/? ysclid=l9iexpnzgw406350628</w:t>
            </w:r>
          </w:p>
        </w:tc>
      </w:tr>
      <w:tr w:rsidR="009501DA">
        <w:trPr>
          <w:trHeight w:hRule="exact" w:val="2268"/>
        </w:trPr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01DA" w:rsidRDefault="007A214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</w:t>
            </w:r>
          </w:p>
        </w:tc>
        <w:tc>
          <w:tcPr>
            <w:tcW w:w="6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01DA" w:rsidRPr="007A214F" w:rsidRDefault="007A214F">
            <w:pPr>
              <w:autoSpaceDE w:val="0"/>
              <w:autoSpaceDN w:val="0"/>
              <w:spacing w:before="86" w:after="0" w:line="233" w:lineRule="auto"/>
              <w:ind w:left="72"/>
              <w:rPr>
                <w:lang w:val="ru-RU"/>
              </w:rPr>
            </w:pPr>
            <w:r w:rsidRPr="007A214F">
              <w:rPr>
                <w:rFonts w:ascii="Times New Roman" w:eastAsia="Times New Roman" w:hAnsi="Times New Roman"/>
                <w:color w:val="000000"/>
                <w:w w:val="102"/>
                <w:sz w:val="14"/>
                <w:lang w:val="ru-RU"/>
              </w:rPr>
              <w:t>Досуг и увлечения/хобби современного подростка (чтение, кино, спорт)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01DA" w:rsidRDefault="007A214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10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01DA" w:rsidRDefault="007A214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01DA" w:rsidRDefault="009501DA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01DA" w:rsidRDefault="009501DA"/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01DA" w:rsidRPr="007A214F" w:rsidRDefault="007A214F">
            <w:pPr>
              <w:autoSpaceDE w:val="0"/>
              <w:autoSpaceDN w:val="0"/>
              <w:spacing w:before="76" w:after="0" w:line="254" w:lineRule="auto"/>
              <w:ind w:left="72"/>
              <w:rPr>
                <w:lang w:val="ru-RU"/>
              </w:rPr>
            </w:pPr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Диалогическая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речь;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Монологическая речь; </w:t>
            </w:r>
            <w:r w:rsidRPr="007A214F">
              <w:rPr>
                <w:lang w:val="ru-RU"/>
              </w:rPr>
              <w:br/>
            </w:r>
            <w:proofErr w:type="spellStart"/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Аудирование</w:t>
            </w:r>
            <w:proofErr w:type="spellEnd"/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;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Смысловое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чтение;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Письменная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речь;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Фонетическая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сторона речи;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01DA" w:rsidRPr="007A214F" w:rsidRDefault="007A214F">
            <w:pPr>
              <w:autoSpaceDE w:val="0"/>
              <w:autoSpaceDN w:val="0"/>
              <w:spacing w:before="76" w:after="0" w:line="252" w:lineRule="auto"/>
              <w:ind w:left="74"/>
              <w:rPr>
                <w:lang w:val="ru-RU"/>
              </w:rPr>
            </w:pPr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Устный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опрос;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Письменный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контроль;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Тестирование;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01DA" w:rsidRDefault="007A214F">
            <w:pPr>
              <w:autoSpaceDE w:val="0"/>
              <w:autoSpaceDN w:val="0"/>
              <w:spacing w:before="76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https://resh.edu.ru/subject/11/5/? ysclid=l9iexpnzgw406350628</w:t>
            </w:r>
          </w:p>
        </w:tc>
      </w:tr>
      <w:tr w:rsidR="009501DA">
        <w:trPr>
          <w:trHeight w:hRule="exact" w:val="1866"/>
        </w:trPr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01DA" w:rsidRDefault="007A214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</w:t>
            </w:r>
          </w:p>
        </w:tc>
        <w:tc>
          <w:tcPr>
            <w:tcW w:w="6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01DA" w:rsidRDefault="007A214F">
            <w:pPr>
              <w:autoSpaceDE w:val="0"/>
              <w:autoSpaceDN w:val="0"/>
              <w:spacing w:before="88" w:after="0" w:line="233" w:lineRule="auto"/>
              <w:ind w:left="72"/>
            </w:pPr>
            <w:r w:rsidRPr="007A214F">
              <w:rPr>
                <w:rFonts w:ascii="Times New Roman" w:eastAsia="Times New Roman" w:hAnsi="Times New Roman"/>
                <w:color w:val="000000"/>
                <w:w w:val="102"/>
                <w:sz w:val="14"/>
                <w:lang w:val="ru-RU"/>
              </w:rPr>
              <w:t xml:space="preserve">Здоровый образ жизни: режим труда и отдыха.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2"/>
                <w:sz w:val="14"/>
              </w:rPr>
              <w:t>Здоровое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2"/>
                <w:sz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2"/>
                <w:sz w:val="14"/>
              </w:rPr>
              <w:t>питание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01DA" w:rsidRDefault="007A214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10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01DA" w:rsidRDefault="007A214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01DA" w:rsidRDefault="009501DA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01DA" w:rsidRDefault="009501DA"/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01DA" w:rsidRPr="007A214F" w:rsidRDefault="007A214F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Диалогическая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речь;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Монологическая речь; </w:t>
            </w:r>
            <w:r w:rsidRPr="007A214F">
              <w:rPr>
                <w:lang w:val="ru-RU"/>
              </w:rPr>
              <w:br/>
            </w:r>
            <w:proofErr w:type="spellStart"/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Аудирование</w:t>
            </w:r>
            <w:proofErr w:type="spellEnd"/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;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Смысловое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чтение;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Письменная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речь;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01DA" w:rsidRPr="007A214F" w:rsidRDefault="007A214F">
            <w:pPr>
              <w:autoSpaceDE w:val="0"/>
              <w:autoSpaceDN w:val="0"/>
              <w:spacing w:before="78" w:after="0" w:line="252" w:lineRule="auto"/>
              <w:ind w:left="74"/>
              <w:rPr>
                <w:lang w:val="ru-RU"/>
              </w:rPr>
            </w:pPr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Устный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опрос;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Письменный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контроль;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Тестирование;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01DA" w:rsidRDefault="007A214F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https://resh.edu.ru/subject/11/5/? ysclid=l9iexpnzgw406350628</w:t>
            </w:r>
          </w:p>
        </w:tc>
      </w:tr>
    </w:tbl>
    <w:p w:rsidR="009501DA" w:rsidRDefault="009501DA">
      <w:pPr>
        <w:autoSpaceDE w:val="0"/>
        <w:autoSpaceDN w:val="0"/>
        <w:spacing w:after="0" w:line="14" w:lineRule="exact"/>
      </w:pPr>
    </w:p>
    <w:p w:rsidR="009501DA" w:rsidRDefault="009501DA">
      <w:pPr>
        <w:sectPr w:rsidR="009501DA">
          <w:pgSz w:w="16840" w:h="11900"/>
          <w:pgMar w:top="282" w:right="640" w:bottom="826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9501DA" w:rsidRDefault="009501DA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84"/>
        <w:gridCol w:w="6952"/>
        <w:gridCol w:w="528"/>
        <w:gridCol w:w="1106"/>
        <w:gridCol w:w="1140"/>
        <w:gridCol w:w="804"/>
        <w:gridCol w:w="1272"/>
        <w:gridCol w:w="1118"/>
        <w:gridCol w:w="2198"/>
      </w:tblGrid>
      <w:tr w:rsidR="009501DA">
        <w:trPr>
          <w:trHeight w:hRule="exact" w:val="2318"/>
        </w:trPr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01DA" w:rsidRDefault="007A214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</w:t>
            </w:r>
          </w:p>
        </w:tc>
        <w:tc>
          <w:tcPr>
            <w:tcW w:w="6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01DA" w:rsidRPr="007A214F" w:rsidRDefault="007A214F">
            <w:pPr>
              <w:autoSpaceDE w:val="0"/>
              <w:autoSpaceDN w:val="0"/>
              <w:spacing w:before="88" w:after="0" w:line="233" w:lineRule="auto"/>
              <w:ind w:left="72"/>
              <w:rPr>
                <w:lang w:val="ru-RU"/>
              </w:rPr>
            </w:pPr>
            <w:r w:rsidRPr="007A214F">
              <w:rPr>
                <w:rFonts w:ascii="Times New Roman" w:eastAsia="Times New Roman" w:hAnsi="Times New Roman"/>
                <w:color w:val="000000"/>
                <w:w w:val="102"/>
                <w:sz w:val="14"/>
                <w:lang w:val="ru-RU"/>
              </w:rPr>
              <w:t>Покупки: одежда, обувь и продукты питания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01DA" w:rsidRDefault="007A214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01DA" w:rsidRDefault="009501DA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01DA" w:rsidRDefault="009501DA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01DA" w:rsidRDefault="009501DA"/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01DA" w:rsidRPr="007A214F" w:rsidRDefault="007A214F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Диалогическая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речь;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Монологическая речь; </w:t>
            </w:r>
            <w:r w:rsidRPr="007A214F">
              <w:rPr>
                <w:lang w:val="ru-RU"/>
              </w:rPr>
              <w:br/>
            </w:r>
            <w:proofErr w:type="spellStart"/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Аудирование</w:t>
            </w:r>
            <w:proofErr w:type="spellEnd"/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;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Смысловое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чтение;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Письменная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речь;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Фонетическая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сторона речи;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01DA" w:rsidRDefault="007A214F">
            <w:pPr>
              <w:autoSpaceDE w:val="0"/>
              <w:autoSpaceDN w:val="0"/>
              <w:spacing w:before="78" w:after="0" w:line="250" w:lineRule="auto"/>
              <w:ind w:left="74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01DA" w:rsidRDefault="007A214F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https://resh.edu.ru/subject/11/5/? ysclid=l9iexpnzgw406350628</w:t>
            </w:r>
          </w:p>
        </w:tc>
      </w:tr>
      <w:tr w:rsidR="009501DA">
        <w:trPr>
          <w:trHeight w:hRule="exact" w:val="2268"/>
        </w:trPr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01DA" w:rsidRDefault="007A214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6.</w:t>
            </w:r>
          </w:p>
        </w:tc>
        <w:tc>
          <w:tcPr>
            <w:tcW w:w="6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01DA" w:rsidRDefault="007A214F">
            <w:pPr>
              <w:autoSpaceDE w:val="0"/>
              <w:autoSpaceDN w:val="0"/>
              <w:spacing w:before="88" w:after="0" w:line="228" w:lineRule="auto"/>
              <w:ind w:left="72"/>
            </w:pPr>
            <w:r w:rsidRPr="007A214F">
              <w:rPr>
                <w:rFonts w:ascii="Times New Roman" w:eastAsia="Times New Roman" w:hAnsi="Times New Roman"/>
                <w:color w:val="000000"/>
                <w:w w:val="102"/>
                <w:sz w:val="14"/>
                <w:lang w:val="ru-RU"/>
              </w:rPr>
              <w:t xml:space="preserve">Школа, школьная жизнь, школьная форма, изучаемые предметы.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2"/>
                <w:sz w:val="14"/>
              </w:rPr>
              <w:t>Переписка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2"/>
                <w:sz w:val="14"/>
              </w:rPr>
              <w:t xml:space="preserve"> с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2"/>
                <w:sz w:val="14"/>
              </w:rPr>
              <w:t>зарубежными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2"/>
                <w:sz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2"/>
                <w:sz w:val="14"/>
              </w:rPr>
              <w:t>сверстниками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01DA" w:rsidRDefault="007A214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15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01DA" w:rsidRDefault="007A214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01DA" w:rsidRDefault="009501DA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01DA" w:rsidRDefault="009501DA"/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01DA" w:rsidRPr="007A214F" w:rsidRDefault="007A214F">
            <w:pPr>
              <w:autoSpaceDE w:val="0"/>
              <w:autoSpaceDN w:val="0"/>
              <w:spacing w:before="76" w:after="0" w:line="254" w:lineRule="auto"/>
              <w:ind w:left="72"/>
              <w:rPr>
                <w:lang w:val="ru-RU"/>
              </w:rPr>
            </w:pPr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Диалогическая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речь;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Монологическая речь; </w:t>
            </w:r>
            <w:r w:rsidRPr="007A214F">
              <w:rPr>
                <w:lang w:val="ru-RU"/>
              </w:rPr>
              <w:br/>
            </w:r>
            <w:proofErr w:type="spellStart"/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Аудирование</w:t>
            </w:r>
            <w:proofErr w:type="spellEnd"/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;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Смысловое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чтение;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Письменная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речь;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Фонетическая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сторона речи;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01DA" w:rsidRPr="007A214F" w:rsidRDefault="007A214F">
            <w:pPr>
              <w:autoSpaceDE w:val="0"/>
              <w:autoSpaceDN w:val="0"/>
              <w:spacing w:before="76" w:after="0" w:line="252" w:lineRule="auto"/>
              <w:ind w:left="74"/>
              <w:rPr>
                <w:lang w:val="ru-RU"/>
              </w:rPr>
            </w:pPr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Устный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опрос;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Письменный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контроль;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Тестирование;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01DA" w:rsidRDefault="007A214F">
            <w:pPr>
              <w:autoSpaceDE w:val="0"/>
              <w:autoSpaceDN w:val="0"/>
              <w:spacing w:before="76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https://resh.edu.ru/subject/11/5/? ysclid=l9iexpnzgw406350628</w:t>
            </w:r>
          </w:p>
        </w:tc>
      </w:tr>
      <w:tr w:rsidR="009501DA">
        <w:trPr>
          <w:trHeight w:hRule="exact" w:val="1886"/>
        </w:trPr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01DA" w:rsidRDefault="007A214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7.</w:t>
            </w:r>
          </w:p>
        </w:tc>
        <w:tc>
          <w:tcPr>
            <w:tcW w:w="6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01DA" w:rsidRDefault="007A214F">
            <w:pPr>
              <w:autoSpaceDE w:val="0"/>
              <w:autoSpaceDN w:val="0"/>
              <w:spacing w:before="88" w:after="0" w:line="233" w:lineRule="auto"/>
              <w:ind w:left="72"/>
            </w:pPr>
            <w:r w:rsidRPr="007A214F">
              <w:rPr>
                <w:rFonts w:ascii="Times New Roman" w:eastAsia="Times New Roman" w:hAnsi="Times New Roman"/>
                <w:color w:val="000000"/>
                <w:w w:val="102"/>
                <w:sz w:val="14"/>
                <w:lang w:val="ru-RU"/>
              </w:rPr>
              <w:t xml:space="preserve">Каникулы в различное время года.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2"/>
                <w:sz w:val="14"/>
              </w:rPr>
              <w:t>Виды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2"/>
                <w:sz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2"/>
                <w:sz w:val="14"/>
              </w:rPr>
              <w:t>отдыха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01DA" w:rsidRDefault="007A214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01DA" w:rsidRDefault="007A214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01DA" w:rsidRDefault="009501DA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01DA" w:rsidRDefault="009501DA"/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01DA" w:rsidRPr="007A214F" w:rsidRDefault="007A214F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Диалогическая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речь;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Монологическая речь; </w:t>
            </w:r>
            <w:r w:rsidRPr="007A214F">
              <w:rPr>
                <w:lang w:val="ru-RU"/>
              </w:rPr>
              <w:br/>
            </w:r>
            <w:proofErr w:type="spellStart"/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Аудирование</w:t>
            </w:r>
            <w:proofErr w:type="spellEnd"/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;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Смысловое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чтение;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Письменная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речь;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01DA" w:rsidRPr="007A214F" w:rsidRDefault="007A214F">
            <w:pPr>
              <w:autoSpaceDE w:val="0"/>
              <w:autoSpaceDN w:val="0"/>
              <w:spacing w:before="78" w:after="0" w:line="252" w:lineRule="auto"/>
              <w:ind w:left="74"/>
              <w:rPr>
                <w:lang w:val="ru-RU"/>
              </w:rPr>
            </w:pPr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Устный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опрос;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Письменный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контроль;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Тестирование;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01DA" w:rsidRDefault="007A214F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https://resh.edu.ru/subject/11/5/? ysclid=l9iexpnzgw406350628</w:t>
            </w:r>
          </w:p>
        </w:tc>
      </w:tr>
      <w:tr w:rsidR="009501DA">
        <w:trPr>
          <w:trHeight w:hRule="exact" w:val="2250"/>
        </w:trPr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01DA" w:rsidRDefault="007A214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8.</w:t>
            </w:r>
          </w:p>
        </w:tc>
        <w:tc>
          <w:tcPr>
            <w:tcW w:w="6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01DA" w:rsidRDefault="007A214F">
            <w:pPr>
              <w:autoSpaceDE w:val="0"/>
              <w:autoSpaceDN w:val="0"/>
              <w:spacing w:before="88" w:after="0" w:line="233" w:lineRule="auto"/>
              <w:ind w:left="72"/>
            </w:pPr>
            <w:r w:rsidRPr="007A214F">
              <w:rPr>
                <w:rFonts w:ascii="Times New Roman" w:eastAsia="Times New Roman" w:hAnsi="Times New Roman"/>
                <w:color w:val="000000"/>
                <w:w w:val="102"/>
                <w:sz w:val="14"/>
                <w:lang w:val="ru-RU"/>
              </w:rPr>
              <w:t xml:space="preserve">Природа: дикие и домашние животные.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2"/>
                <w:sz w:val="14"/>
              </w:rPr>
              <w:t>Погода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01DA" w:rsidRDefault="007A214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10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01DA" w:rsidRDefault="007A214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01DA" w:rsidRDefault="009501DA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01DA" w:rsidRDefault="009501DA"/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01DA" w:rsidRPr="007A214F" w:rsidRDefault="007A214F">
            <w:pPr>
              <w:autoSpaceDE w:val="0"/>
              <w:autoSpaceDN w:val="0"/>
              <w:spacing w:before="76" w:after="0" w:line="254" w:lineRule="auto"/>
              <w:ind w:left="72"/>
              <w:rPr>
                <w:lang w:val="ru-RU"/>
              </w:rPr>
            </w:pPr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Монологическая речь; </w:t>
            </w:r>
            <w:r w:rsidRPr="007A214F">
              <w:rPr>
                <w:lang w:val="ru-RU"/>
              </w:rPr>
              <w:br/>
            </w:r>
            <w:proofErr w:type="spellStart"/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Аудирование</w:t>
            </w:r>
            <w:proofErr w:type="spellEnd"/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;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Смысловое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чтение;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Письменная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речь;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Фонетическая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сторона речи;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Орфография и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пунктуация;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01DA" w:rsidRPr="007A214F" w:rsidRDefault="007A214F">
            <w:pPr>
              <w:autoSpaceDE w:val="0"/>
              <w:autoSpaceDN w:val="0"/>
              <w:spacing w:before="76" w:after="0" w:line="252" w:lineRule="auto"/>
              <w:ind w:left="74"/>
              <w:rPr>
                <w:lang w:val="ru-RU"/>
              </w:rPr>
            </w:pPr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Устный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опрос;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Письменный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контроль;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Тестирование;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01DA" w:rsidRDefault="007A214F">
            <w:pPr>
              <w:autoSpaceDE w:val="0"/>
              <w:autoSpaceDN w:val="0"/>
              <w:spacing w:before="76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https://resh.edu.ru/subject/11/5/? ysclid=l9iexpnzgw406350628</w:t>
            </w:r>
          </w:p>
        </w:tc>
      </w:tr>
    </w:tbl>
    <w:p w:rsidR="009501DA" w:rsidRDefault="009501DA">
      <w:pPr>
        <w:autoSpaceDE w:val="0"/>
        <w:autoSpaceDN w:val="0"/>
        <w:spacing w:after="0" w:line="14" w:lineRule="exact"/>
      </w:pPr>
    </w:p>
    <w:p w:rsidR="009501DA" w:rsidRDefault="009501DA">
      <w:pPr>
        <w:sectPr w:rsidR="009501DA">
          <w:pgSz w:w="16840" w:h="11900"/>
          <w:pgMar w:top="284" w:right="640" w:bottom="1288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9501DA" w:rsidRDefault="009501DA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84"/>
        <w:gridCol w:w="6952"/>
        <w:gridCol w:w="528"/>
        <w:gridCol w:w="1106"/>
        <w:gridCol w:w="1140"/>
        <w:gridCol w:w="804"/>
        <w:gridCol w:w="1272"/>
        <w:gridCol w:w="1118"/>
        <w:gridCol w:w="2198"/>
      </w:tblGrid>
      <w:tr w:rsidR="009501DA">
        <w:trPr>
          <w:trHeight w:hRule="exact" w:val="2390"/>
        </w:trPr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01DA" w:rsidRDefault="007A214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9.</w:t>
            </w:r>
          </w:p>
        </w:tc>
        <w:tc>
          <w:tcPr>
            <w:tcW w:w="6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01DA" w:rsidRDefault="007A214F">
            <w:pPr>
              <w:autoSpaceDE w:val="0"/>
              <w:autoSpaceDN w:val="0"/>
              <w:spacing w:before="88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102"/>
                <w:sz w:val="14"/>
              </w:rPr>
              <w:t>Родной город/село. Транспорт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01DA" w:rsidRDefault="007A214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10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01DA" w:rsidRDefault="007A214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01DA" w:rsidRDefault="009501DA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01DA" w:rsidRDefault="009501DA"/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01DA" w:rsidRPr="007A214F" w:rsidRDefault="007A214F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Диалогическая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речь;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Монологическая речь; </w:t>
            </w:r>
            <w:r w:rsidRPr="007A214F">
              <w:rPr>
                <w:lang w:val="ru-RU"/>
              </w:rPr>
              <w:br/>
            </w:r>
            <w:proofErr w:type="spellStart"/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Аудирование</w:t>
            </w:r>
            <w:proofErr w:type="spellEnd"/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;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Смысловое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чтение;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Письменная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речь;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Фонетическая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сторона речи;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01DA" w:rsidRPr="007A214F" w:rsidRDefault="007A214F">
            <w:pPr>
              <w:autoSpaceDE w:val="0"/>
              <w:autoSpaceDN w:val="0"/>
              <w:spacing w:before="78" w:after="0" w:line="252" w:lineRule="auto"/>
              <w:ind w:left="74"/>
              <w:rPr>
                <w:lang w:val="ru-RU"/>
              </w:rPr>
            </w:pPr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Устный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опрос;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Письменный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контроль;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Тестирование;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01DA" w:rsidRDefault="007A214F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https://resh.edu.ru/subject/11/5/? ysclid=l9iexpnzgw406350628</w:t>
            </w:r>
          </w:p>
        </w:tc>
      </w:tr>
      <w:tr w:rsidR="009501DA">
        <w:trPr>
          <w:trHeight w:hRule="exact" w:val="1884"/>
        </w:trPr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01DA" w:rsidRDefault="007A214F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10.</w:t>
            </w:r>
          </w:p>
        </w:tc>
        <w:tc>
          <w:tcPr>
            <w:tcW w:w="6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01DA" w:rsidRPr="007A214F" w:rsidRDefault="007A214F">
            <w:pPr>
              <w:autoSpaceDE w:val="0"/>
              <w:autoSpaceDN w:val="0"/>
              <w:spacing w:before="88" w:after="0" w:line="254" w:lineRule="auto"/>
              <w:ind w:left="72" w:right="864"/>
              <w:rPr>
                <w:lang w:val="ru-RU"/>
              </w:rPr>
            </w:pPr>
            <w:r w:rsidRPr="007A214F">
              <w:rPr>
                <w:rFonts w:ascii="Times New Roman" w:eastAsia="Times New Roman" w:hAnsi="Times New Roman"/>
                <w:color w:val="000000"/>
                <w:w w:val="102"/>
                <w:sz w:val="14"/>
                <w:lang w:val="ru-RU"/>
              </w:rPr>
              <w:t>Родная страна и страна/страны изучаемого языка. Их географическое положение, столицы, достопримечательности, культурные особенности (национальные праздники, традиции, обычаи)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01DA" w:rsidRDefault="007A214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10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01DA" w:rsidRDefault="007A214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01DA" w:rsidRDefault="009501DA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01DA" w:rsidRDefault="009501DA"/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01DA" w:rsidRPr="007A214F" w:rsidRDefault="007A214F">
            <w:pPr>
              <w:autoSpaceDE w:val="0"/>
              <w:autoSpaceDN w:val="0"/>
              <w:spacing w:before="76" w:after="0" w:line="254" w:lineRule="auto"/>
              <w:ind w:left="72"/>
              <w:rPr>
                <w:lang w:val="ru-RU"/>
              </w:rPr>
            </w:pPr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Диалогическая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речь;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Монологическая речь; </w:t>
            </w:r>
            <w:r w:rsidRPr="007A214F">
              <w:rPr>
                <w:lang w:val="ru-RU"/>
              </w:rPr>
              <w:br/>
            </w:r>
            <w:proofErr w:type="spellStart"/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Аудирование</w:t>
            </w:r>
            <w:proofErr w:type="spellEnd"/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;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Смысловое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чтение;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Письменная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речь;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01DA" w:rsidRPr="007A214F" w:rsidRDefault="007A214F">
            <w:pPr>
              <w:autoSpaceDE w:val="0"/>
              <w:autoSpaceDN w:val="0"/>
              <w:spacing w:before="76" w:after="0" w:line="252" w:lineRule="auto"/>
              <w:ind w:left="74"/>
              <w:rPr>
                <w:lang w:val="ru-RU"/>
              </w:rPr>
            </w:pPr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Устный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опрос;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Письменный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контроль;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Тестирование;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01DA" w:rsidRDefault="007A214F">
            <w:pPr>
              <w:autoSpaceDE w:val="0"/>
              <w:autoSpaceDN w:val="0"/>
              <w:spacing w:before="76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https://resh.edu.ru/subject/11/5/? ysclid=l9iexpnzgw406350628</w:t>
            </w:r>
          </w:p>
        </w:tc>
      </w:tr>
      <w:tr w:rsidR="009501DA">
        <w:trPr>
          <w:trHeight w:hRule="exact" w:val="2270"/>
        </w:trPr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01DA" w:rsidRDefault="007A214F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11.</w:t>
            </w:r>
          </w:p>
        </w:tc>
        <w:tc>
          <w:tcPr>
            <w:tcW w:w="6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01DA" w:rsidRPr="007A214F" w:rsidRDefault="007A214F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Выдающиеся люди родной страны и страны/стран изучаемого языка: писатели, поэты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01DA" w:rsidRDefault="007A214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01DA" w:rsidRDefault="007A214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01DA" w:rsidRDefault="009501DA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01DA" w:rsidRDefault="009501DA"/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01DA" w:rsidRPr="007A214F" w:rsidRDefault="007A214F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Диалогическая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речь;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Монологическая речь; </w:t>
            </w:r>
            <w:r w:rsidRPr="007A214F">
              <w:rPr>
                <w:lang w:val="ru-RU"/>
              </w:rPr>
              <w:br/>
            </w:r>
            <w:proofErr w:type="spellStart"/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Аудирование</w:t>
            </w:r>
            <w:proofErr w:type="spellEnd"/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;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Смысловое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чтение;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Письменная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речь;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Фонетическая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сторона речи;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01DA" w:rsidRPr="007A214F" w:rsidRDefault="007A214F">
            <w:pPr>
              <w:autoSpaceDE w:val="0"/>
              <w:autoSpaceDN w:val="0"/>
              <w:spacing w:before="78" w:after="0" w:line="252" w:lineRule="auto"/>
              <w:ind w:left="74"/>
              <w:rPr>
                <w:lang w:val="ru-RU"/>
              </w:rPr>
            </w:pPr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Устный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опрос;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Письменный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контроль;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Тестирование;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01DA" w:rsidRDefault="007A214F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https://resh.edu.ru/subject/11/5/? ysclid=l9iexpnzgw406350628</w:t>
            </w:r>
          </w:p>
        </w:tc>
      </w:tr>
      <w:tr w:rsidR="009501DA">
        <w:trPr>
          <w:trHeight w:hRule="exact" w:val="328"/>
        </w:trPr>
        <w:tc>
          <w:tcPr>
            <w:tcW w:w="73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01DA" w:rsidRPr="007A214F" w:rsidRDefault="007A214F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7A214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ОБЩЕЕ КОЛИЧЕСТВО ЧАСОВ ПО ПРОГРАММЕ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01DA" w:rsidRDefault="007A214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102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01DA" w:rsidRDefault="007A214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01DA" w:rsidRDefault="007A214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53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01DA" w:rsidRDefault="009501DA"/>
        </w:tc>
      </w:tr>
    </w:tbl>
    <w:p w:rsidR="009501DA" w:rsidRDefault="009501DA">
      <w:pPr>
        <w:autoSpaceDE w:val="0"/>
        <w:autoSpaceDN w:val="0"/>
        <w:spacing w:after="0" w:line="14" w:lineRule="exact"/>
      </w:pPr>
    </w:p>
    <w:p w:rsidR="009501DA" w:rsidRDefault="009501DA">
      <w:pPr>
        <w:sectPr w:rsidR="009501DA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9501DA" w:rsidRDefault="009501DA">
      <w:pPr>
        <w:autoSpaceDE w:val="0"/>
        <w:autoSpaceDN w:val="0"/>
        <w:spacing w:after="78" w:line="220" w:lineRule="exact"/>
      </w:pPr>
    </w:p>
    <w:p w:rsidR="009501DA" w:rsidRPr="007A214F" w:rsidRDefault="007A214F">
      <w:pPr>
        <w:autoSpaceDE w:val="0"/>
        <w:autoSpaceDN w:val="0"/>
        <w:spacing w:after="320" w:line="230" w:lineRule="auto"/>
        <w:rPr>
          <w:lang w:val="ru-RU"/>
        </w:rPr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ПОУРОЧНОЕ ПЛАНИРОВАНИЕ </w:t>
      </w:r>
      <w:r>
        <w:rPr>
          <w:rFonts w:ascii="Times New Roman" w:eastAsia="Times New Roman" w:hAnsi="Times New Roman"/>
          <w:b/>
          <w:color w:val="000000"/>
          <w:sz w:val="24"/>
          <w:lang w:val="ru-RU"/>
        </w:rPr>
        <w:t>5А класс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144"/>
        <w:gridCol w:w="734"/>
        <w:gridCol w:w="1215"/>
        <w:gridCol w:w="993"/>
        <w:gridCol w:w="1134"/>
        <w:gridCol w:w="1275"/>
        <w:gridCol w:w="1275"/>
      </w:tblGrid>
      <w:tr w:rsidR="00DD654D" w:rsidTr="003E1A07">
        <w:trPr>
          <w:trHeight w:hRule="exact" w:val="492"/>
        </w:trPr>
        <w:tc>
          <w:tcPr>
            <w:tcW w:w="5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п/п</w:t>
            </w:r>
          </w:p>
        </w:tc>
        <w:tc>
          <w:tcPr>
            <w:tcW w:w="31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Тема урока</w:t>
            </w:r>
          </w:p>
        </w:tc>
        <w:tc>
          <w:tcPr>
            <w:tcW w:w="29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lang w:val="ru-RU"/>
              </w:rPr>
              <w:t>планируемого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54D" w:rsidRPr="00DD654D" w:rsidRDefault="00DD654D">
            <w:pPr>
              <w:autoSpaceDE w:val="0"/>
              <w:autoSpaceDN w:val="0"/>
              <w:spacing w:before="98" w:after="0" w:line="271" w:lineRule="auto"/>
              <w:ind w:left="72" w:right="432"/>
              <w:rPr>
                <w:rFonts w:ascii="Times New Roman" w:eastAsia="Times New Roman" w:hAnsi="Times New Roman"/>
                <w:b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lang w:val="ru-RU"/>
              </w:rPr>
              <w:t>Дата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 w:line="271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,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формы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контроля</w:t>
            </w:r>
            <w:proofErr w:type="spellEnd"/>
          </w:p>
        </w:tc>
      </w:tr>
      <w:tr w:rsidR="00DD654D" w:rsidTr="003E1A07">
        <w:trPr>
          <w:trHeight w:hRule="exact" w:val="828"/>
        </w:trPr>
        <w:tc>
          <w:tcPr>
            <w:tcW w:w="5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54D" w:rsidRDefault="00DD654D"/>
        </w:tc>
        <w:tc>
          <w:tcPr>
            <w:tcW w:w="31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54D" w:rsidRDefault="00DD654D"/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всего 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контрольные работы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практические работы</w:t>
            </w: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54D" w:rsidRDefault="00DD654D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54D" w:rsidRPr="00DD654D" w:rsidRDefault="00DD654D">
            <w:pPr>
              <w:rPr>
                <w:rFonts w:ascii="Times New Roman" w:hAnsi="Times New Roman" w:cs="Times New Roman"/>
                <w:b/>
                <w:lang w:val="ru-RU"/>
              </w:rPr>
            </w:pPr>
            <w:r w:rsidRPr="00DD654D">
              <w:rPr>
                <w:rFonts w:ascii="Times New Roman" w:hAnsi="Times New Roman" w:cs="Times New Roman"/>
                <w:b/>
                <w:lang w:val="ru-RU"/>
              </w:rPr>
              <w:t>Фактического изучения</w:t>
            </w: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54D" w:rsidRDefault="00DD654D"/>
        </w:tc>
      </w:tr>
      <w:tr w:rsidR="00DD654D" w:rsidTr="003E1A07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/>
              <w:ind w:left="72"/>
            </w:pP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Школа, школьная жизнь,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школьная форма, изучаемые предметы.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Школьное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расписание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дни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недели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/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Pr="007A214F" w:rsidRDefault="00DD654D">
            <w:pPr>
              <w:rPr>
                <w:lang w:val="ru-RU"/>
              </w:rPr>
            </w:pPr>
            <w:r>
              <w:rPr>
                <w:lang w:val="ru-RU"/>
              </w:rPr>
              <w:t>1.09.2022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54D" w:rsidRDefault="00DD654D">
            <w:pPr>
              <w:autoSpaceDE w:val="0"/>
              <w:autoSpaceDN w:val="0"/>
              <w:spacing w:before="98" w:after="0"/>
              <w:ind w:left="72" w:right="144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D654D" w:rsidTr="003E1A07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/>
              <w:ind w:left="72"/>
            </w:pP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Школа, школьная жизнь,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школьная форма, изучаемые предметы.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Школьные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принадлежности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/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Pr="007A214F" w:rsidRDefault="00DD654D">
            <w:pPr>
              <w:rPr>
                <w:lang w:val="ru-RU"/>
              </w:rPr>
            </w:pPr>
            <w:r>
              <w:rPr>
                <w:lang w:val="ru-RU"/>
              </w:rPr>
              <w:t>2.09.2022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54D" w:rsidRDefault="00DD654D">
            <w:pPr>
              <w:autoSpaceDE w:val="0"/>
              <w:autoSpaceDN w:val="0"/>
              <w:spacing w:before="98" w:after="0"/>
              <w:ind w:left="72" w:right="144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;;</w:t>
            </w:r>
          </w:p>
        </w:tc>
      </w:tr>
      <w:tr w:rsidR="00DD654D" w:rsidTr="003E1A07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/>
              <w:ind w:left="72"/>
            </w:pP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Школа, школьная жизнь,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школьная форма, изучаемые предметы.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Классный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кабинет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/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Pr="007A214F" w:rsidRDefault="00DD654D">
            <w:pPr>
              <w:rPr>
                <w:lang w:val="ru-RU"/>
              </w:rPr>
            </w:pPr>
            <w:r>
              <w:rPr>
                <w:lang w:val="ru-RU"/>
              </w:rPr>
              <w:t>5.09.2022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54D" w:rsidRDefault="00DD654D">
            <w:pPr>
              <w:autoSpaceDE w:val="0"/>
              <w:autoSpaceDN w:val="0"/>
              <w:spacing w:before="98" w:after="0"/>
              <w:ind w:left="72" w:right="144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;;</w:t>
            </w:r>
          </w:p>
        </w:tc>
      </w:tr>
      <w:tr w:rsidR="00DD654D" w:rsidTr="003E1A07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/>
              <w:ind w:left="72"/>
            </w:pP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Школа, школьная жизнь,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школьная форма, изучаемые предметы.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Распорядок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школьного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дня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/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Pr="007A214F" w:rsidRDefault="00DD654D">
            <w:pPr>
              <w:rPr>
                <w:lang w:val="ru-RU"/>
              </w:rPr>
            </w:pPr>
            <w:r>
              <w:rPr>
                <w:lang w:val="ru-RU"/>
              </w:rPr>
              <w:t>8.09.2022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54D" w:rsidRDefault="00DD654D">
            <w:pPr>
              <w:autoSpaceDE w:val="0"/>
              <w:autoSpaceDN w:val="0"/>
              <w:spacing w:before="98" w:after="0"/>
              <w:ind w:left="72" w:right="144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;;</w:t>
            </w:r>
          </w:p>
        </w:tc>
      </w:tr>
      <w:tr w:rsidR="00DD654D" w:rsidTr="003E1A07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/>
              <w:ind w:left="72"/>
            </w:pP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Школа, школьная жизнь,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школьная форма, изучаемые предметы.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Домашнее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задание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/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Pr="007A214F" w:rsidRDefault="00DD654D">
            <w:pPr>
              <w:rPr>
                <w:lang w:val="ru-RU"/>
              </w:rPr>
            </w:pPr>
            <w:r>
              <w:rPr>
                <w:lang w:val="ru-RU"/>
              </w:rPr>
              <w:t>9.09.2022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54D" w:rsidRDefault="00DD654D">
            <w:pPr>
              <w:autoSpaceDE w:val="0"/>
              <w:autoSpaceDN w:val="0"/>
              <w:spacing w:before="98" w:after="0"/>
              <w:ind w:left="72" w:right="144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;;</w:t>
            </w:r>
          </w:p>
        </w:tc>
      </w:tr>
      <w:tr w:rsidR="00DD654D" w:rsidTr="003E1A07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/>
              <w:ind w:left="72"/>
            </w:pP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Школа, школьная жизнь,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школьная форма, изучаемые предметы.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Школьные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правила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/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Pr="007A214F" w:rsidRDefault="00DD654D">
            <w:pPr>
              <w:rPr>
                <w:lang w:val="ru-RU"/>
              </w:rPr>
            </w:pPr>
            <w:r>
              <w:rPr>
                <w:lang w:val="ru-RU"/>
              </w:rPr>
              <w:t>12.09.2022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DD654D" w:rsidRDefault="00DD654D">
            <w:pPr>
              <w:autoSpaceDE w:val="0"/>
              <w:autoSpaceDN w:val="0"/>
              <w:spacing w:before="98" w:after="0"/>
              <w:ind w:left="72" w:right="144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;;</w:t>
            </w:r>
          </w:p>
        </w:tc>
      </w:tr>
      <w:tr w:rsidR="00DD654D" w:rsidTr="003E1A07">
        <w:trPr>
          <w:trHeight w:hRule="exact" w:val="1502"/>
        </w:trPr>
        <w:tc>
          <w:tcPr>
            <w:tcW w:w="57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7.</w:t>
            </w:r>
          </w:p>
        </w:tc>
        <w:tc>
          <w:tcPr>
            <w:tcW w:w="314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100" w:after="0" w:line="271" w:lineRule="auto"/>
              <w:ind w:left="72"/>
            </w:pP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Школа, школьная жизнь,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школьная форма, изучаемые предметы.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Школьная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форма</w:t>
            </w:r>
            <w:proofErr w:type="spellEnd"/>
          </w:p>
        </w:tc>
        <w:tc>
          <w:tcPr>
            <w:tcW w:w="73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1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/>
        </w:tc>
        <w:tc>
          <w:tcPr>
            <w:tcW w:w="993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/>
        </w:tc>
        <w:tc>
          <w:tcPr>
            <w:tcW w:w="113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Pr="007A214F" w:rsidRDefault="00DD654D">
            <w:pPr>
              <w:rPr>
                <w:lang w:val="ru-RU"/>
              </w:rPr>
            </w:pPr>
            <w:r>
              <w:rPr>
                <w:lang w:val="ru-RU"/>
              </w:rPr>
              <w:t>15.09.2022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54D" w:rsidRDefault="00DD654D">
            <w:pPr>
              <w:autoSpaceDE w:val="0"/>
              <w:autoSpaceDN w:val="0"/>
              <w:spacing w:before="100" w:after="0"/>
              <w:ind w:left="72" w:right="144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27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100" w:after="0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;;</w:t>
            </w:r>
          </w:p>
        </w:tc>
      </w:tr>
      <w:tr w:rsidR="00DD654D" w:rsidTr="003E1A07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/>
              <w:ind w:left="72"/>
            </w:pP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Школа, школьная жизнь,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школьная форма, изучаемые предметы.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Школьные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кружки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/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Pr="007A214F" w:rsidRDefault="00DD654D">
            <w:pPr>
              <w:rPr>
                <w:lang w:val="ru-RU"/>
              </w:rPr>
            </w:pPr>
            <w:r>
              <w:rPr>
                <w:lang w:val="ru-RU"/>
              </w:rPr>
              <w:t>16.09.2022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54D" w:rsidRDefault="00DD654D">
            <w:pPr>
              <w:autoSpaceDE w:val="0"/>
              <w:autoSpaceDN w:val="0"/>
              <w:spacing w:before="98" w:after="0"/>
              <w:ind w:left="72" w:right="144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;;</w:t>
            </w:r>
          </w:p>
        </w:tc>
      </w:tr>
      <w:tr w:rsidR="00DD654D" w:rsidTr="003E1A07">
        <w:trPr>
          <w:trHeight w:hRule="exact" w:val="1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/>
              <w:ind w:left="72" w:right="144"/>
            </w:pP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Школа, школьная жизнь,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учебные предметы,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школьная форма.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Мои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друзья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 Мои одноклассники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/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Pr="007A214F" w:rsidRDefault="00DD654D">
            <w:pPr>
              <w:rPr>
                <w:lang w:val="ru-RU"/>
              </w:rPr>
            </w:pPr>
            <w:r>
              <w:rPr>
                <w:lang w:val="ru-RU"/>
              </w:rPr>
              <w:t>19.09.2022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54D" w:rsidRDefault="00DD654D">
            <w:pPr>
              <w:autoSpaceDE w:val="0"/>
              <w:autoSpaceDN w:val="0"/>
              <w:spacing w:before="98" w:after="0"/>
              <w:ind w:left="72" w:right="144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;;</w:t>
            </w:r>
          </w:p>
        </w:tc>
      </w:tr>
    </w:tbl>
    <w:p w:rsidR="009501DA" w:rsidRPr="007A214F" w:rsidRDefault="009501DA">
      <w:pPr>
        <w:rPr>
          <w:lang w:val="ru-RU"/>
        </w:rPr>
        <w:sectPr w:rsidR="009501DA" w:rsidRPr="007A214F">
          <w:pgSz w:w="11900" w:h="16840"/>
          <w:pgMar w:top="298" w:right="650" w:bottom="41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9501DA" w:rsidRPr="007A214F" w:rsidRDefault="009501DA">
      <w:pPr>
        <w:autoSpaceDE w:val="0"/>
        <w:autoSpaceDN w:val="0"/>
        <w:spacing w:after="66" w:line="220" w:lineRule="exact"/>
        <w:rPr>
          <w:lang w:val="ru-RU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144"/>
        <w:gridCol w:w="734"/>
        <w:gridCol w:w="1215"/>
        <w:gridCol w:w="993"/>
        <w:gridCol w:w="1134"/>
        <w:gridCol w:w="1275"/>
        <w:gridCol w:w="1275"/>
      </w:tblGrid>
      <w:tr w:rsidR="00DD654D" w:rsidTr="002322BA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 w:rsidP="007A214F">
            <w:pPr>
              <w:autoSpaceDE w:val="0"/>
              <w:autoSpaceDN w:val="0"/>
              <w:spacing w:before="98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0.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Pr="007A214F" w:rsidRDefault="00DD654D">
            <w:pPr>
              <w:autoSpaceDE w:val="0"/>
              <w:autoSpaceDN w:val="0"/>
              <w:spacing w:before="98" w:after="0" w:line="271" w:lineRule="auto"/>
              <w:ind w:left="72" w:right="432"/>
              <w:rPr>
                <w:lang w:val="ru-RU"/>
              </w:rPr>
            </w:pP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Школа, школьная жизнь, учебные предметы,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школьная форма.</w:t>
            </w:r>
          </w:p>
          <w:p w:rsidR="00DD654D" w:rsidRDefault="00DD654D">
            <w:pPr>
              <w:autoSpaceDE w:val="0"/>
              <w:autoSpaceDN w:val="0"/>
              <w:spacing w:before="70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Английская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школа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/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Pr="007A214F" w:rsidRDefault="00DD654D">
            <w:pPr>
              <w:rPr>
                <w:lang w:val="ru-RU"/>
              </w:rPr>
            </w:pPr>
            <w:r>
              <w:rPr>
                <w:lang w:val="ru-RU"/>
              </w:rPr>
              <w:t>22.09.2022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54D" w:rsidRDefault="00DD654D">
            <w:pPr>
              <w:autoSpaceDE w:val="0"/>
              <w:autoSpaceDN w:val="0"/>
              <w:spacing w:before="98" w:after="0"/>
              <w:ind w:left="72" w:right="144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;;</w:t>
            </w:r>
          </w:p>
        </w:tc>
      </w:tr>
      <w:tr w:rsidR="00DD654D" w:rsidTr="002322BA">
        <w:trPr>
          <w:trHeight w:hRule="exact" w:val="251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Pr="007A214F" w:rsidRDefault="00DD654D">
            <w:pPr>
              <w:autoSpaceDE w:val="0"/>
              <w:autoSpaceDN w:val="0"/>
              <w:spacing w:before="98" w:after="0"/>
              <w:ind w:left="72"/>
              <w:rPr>
                <w:lang w:val="ru-RU"/>
              </w:rPr>
            </w:pP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Школа, школьная жизнь,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школьная форма, изучаемые предметы. Переписка с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зарубежными сверстниками.</w:t>
            </w:r>
          </w:p>
          <w:p w:rsidR="00DD654D" w:rsidRPr="007A214F" w:rsidRDefault="00DD654D">
            <w:pPr>
              <w:autoSpaceDE w:val="0"/>
              <w:autoSpaceDN w:val="0"/>
              <w:spacing w:before="70" w:after="0" w:line="271" w:lineRule="auto"/>
              <w:ind w:left="72" w:right="432"/>
              <w:rPr>
                <w:lang w:val="ru-RU"/>
              </w:rPr>
            </w:pP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Письма друзьям по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переписке в английскую школу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/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Pr="007A214F" w:rsidRDefault="00DD654D">
            <w:pPr>
              <w:rPr>
                <w:lang w:val="ru-RU"/>
              </w:rPr>
            </w:pPr>
            <w:r>
              <w:rPr>
                <w:lang w:val="ru-RU"/>
              </w:rPr>
              <w:t>23.09.2022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54D" w:rsidRDefault="00DD654D">
            <w:pPr>
              <w:autoSpaceDE w:val="0"/>
              <w:autoSpaceDN w:val="0"/>
              <w:spacing w:before="98" w:after="0"/>
              <w:ind w:left="72" w:right="144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;;</w:t>
            </w:r>
          </w:p>
        </w:tc>
      </w:tr>
      <w:tr w:rsidR="00DD654D" w:rsidRPr="001511B8" w:rsidTr="002322BA">
        <w:trPr>
          <w:trHeight w:hRule="exact" w:val="217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Pr="007A214F" w:rsidRDefault="00DD654D">
            <w:pPr>
              <w:autoSpaceDE w:val="0"/>
              <w:autoSpaceDN w:val="0"/>
              <w:spacing w:before="98" w:after="0"/>
              <w:ind w:left="72"/>
              <w:rPr>
                <w:lang w:val="ru-RU"/>
              </w:rPr>
            </w:pP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Школа, школьная жизнь,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школьная форма, изучаемые предметы. Переписка с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зарубежными сверстниками.</w:t>
            </w:r>
          </w:p>
          <w:p w:rsidR="00DD654D" w:rsidRDefault="00DD654D">
            <w:pPr>
              <w:autoSpaceDE w:val="0"/>
              <w:autoSpaceDN w:val="0"/>
              <w:spacing w:before="70" w:after="0" w:line="262" w:lineRule="auto"/>
              <w:ind w:left="72" w:right="144"/>
            </w:pP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Мои друзья.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Переписка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с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зарубежными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сверстниками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Pr="007A214F" w:rsidRDefault="00DD654D">
            <w:pPr>
              <w:rPr>
                <w:lang w:val="ru-RU"/>
              </w:rPr>
            </w:pPr>
            <w:r>
              <w:rPr>
                <w:lang w:val="ru-RU"/>
              </w:rPr>
              <w:t>26.09.2022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54D" w:rsidRPr="007A214F" w:rsidRDefault="00DD654D">
            <w:pPr>
              <w:autoSpaceDE w:val="0"/>
              <w:autoSpaceDN w:val="0"/>
              <w:spacing w:before="98" w:after="0" w:line="281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Pr="007A214F" w:rsidRDefault="00DD654D">
            <w:pPr>
              <w:autoSpaceDE w:val="0"/>
              <w:autoSpaceDN w:val="0"/>
              <w:spacing w:before="98" w:after="0" w:line="281" w:lineRule="auto"/>
              <w:ind w:left="72"/>
              <w:rPr>
                <w:lang w:val="ru-RU"/>
              </w:rPr>
            </w:pP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Тестирование; Устный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опрос;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Письменный </w:t>
            </w:r>
            <w:r w:rsidRPr="007A214F">
              <w:rPr>
                <w:lang w:val="ru-RU"/>
              </w:rPr>
              <w:br/>
            </w:r>
            <w:proofErr w:type="gramStart"/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контроль;;</w:t>
            </w:r>
            <w:proofErr w:type="gramEnd"/>
          </w:p>
        </w:tc>
      </w:tr>
      <w:tr w:rsidR="00DD654D" w:rsidTr="002322BA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Моя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семья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Члены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семьи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/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Pr="007A214F" w:rsidRDefault="00DD654D">
            <w:pPr>
              <w:rPr>
                <w:lang w:val="ru-RU"/>
              </w:rPr>
            </w:pPr>
            <w:r>
              <w:rPr>
                <w:lang w:val="ru-RU"/>
              </w:rPr>
              <w:t>29.09.2022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54D" w:rsidRDefault="00DD654D">
            <w:pPr>
              <w:autoSpaceDE w:val="0"/>
              <w:autoSpaceDN w:val="0"/>
              <w:spacing w:before="98" w:after="0"/>
              <w:ind w:left="72" w:right="144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;;</w:t>
            </w:r>
          </w:p>
        </w:tc>
      </w:tr>
      <w:tr w:rsidR="00DD654D" w:rsidTr="002322BA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 w:line="262" w:lineRule="auto"/>
              <w:ind w:left="72" w:right="720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Моя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семья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Семейные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традиции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/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Pr="007A214F" w:rsidRDefault="00DD654D">
            <w:pPr>
              <w:rPr>
                <w:lang w:val="ru-RU"/>
              </w:rPr>
            </w:pPr>
            <w:r>
              <w:rPr>
                <w:lang w:val="ru-RU"/>
              </w:rPr>
              <w:t>30.09.2022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54D" w:rsidRDefault="00DD654D">
            <w:pPr>
              <w:autoSpaceDE w:val="0"/>
              <w:autoSpaceDN w:val="0"/>
              <w:spacing w:before="98" w:after="0"/>
              <w:ind w:left="72" w:right="144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;;</w:t>
            </w:r>
          </w:p>
        </w:tc>
      </w:tr>
      <w:tr w:rsidR="00DD654D" w:rsidRPr="00DD654D" w:rsidTr="002322BA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 w:line="262" w:lineRule="auto"/>
              <w:ind w:left="72" w:right="720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Моя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семья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Домашний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питомец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/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Pr="00DD654D" w:rsidRDefault="00DD654D">
            <w:pPr>
              <w:rPr>
                <w:lang w:val="ru-RU"/>
              </w:rPr>
            </w:pPr>
            <w:r>
              <w:rPr>
                <w:lang w:val="ru-RU"/>
              </w:rPr>
              <w:t>3.10.2022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54D" w:rsidRPr="00DD654D" w:rsidRDefault="00DD654D">
            <w:pPr>
              <w:autoSpaceDE w:val="0"/>
              <w:autoSpaceDN w:val="0"/>
              <w:spacing w:before="98" w:after="0"/>
              <w:ind w:left="72" w:right="144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Pr="00DD654D" w:rsidRDefault="00DD654D">
            <w:pPr>
              <w:autoSpaceDE w:val="0"/>
              <w:autoSpaceDN w:val="0"/>
              <w:spacing w:before="98" w:after="0"/>
              <w:ind w:left="72" w:right="144"/>
              <w:rPr>
                <w:lang w:val="ru-RU"/>
              </w:rPr>
            </w:pPr>
            <w:r w:rsidRPr="00DD654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Устный </w:t>
            </w:r>
            <w:r w:rsidRPr="00DD654D">
              <w:rPr>
                <w:lang w:val="ru-RU"/>
              </w:rPr>
              <w:br/>
            </w:r>
            <w:r w:rsidRPr="00DD654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опрос; </w:t>
            </w:r>
            <w:r w:rsidRPr="00DD654D">
              <w:rPr>
                <w:lang w:val="ru-RU"/>
              </w:rPr>
              <w:br/>
            </w:r>
            <w:r w:rsidRPr="00DD654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Письменный </w:t>
            </w:r>
            <w:proofErr w:type="gramStart"/>
            <w:r w:rsidRPr="00DD654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контроль;;</w:t>
            </w:r>
            <w:proofErr w:type="gramEnd"/>
          </w:p>
        </w:tc>
      </w:tr>
      <w:tr w:rsidR="00DD654D" w:rsidTr="002322BA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Pr="00DD654D" w:rsidRDefault="00DD654D">
            <w:pPr>
              <w:autoSpaceDE w:val="0"/>
              <w:autoSpaceDN w:val="0"/>
              <w:spacing w:before="100" w:after="0" w:line="230" w:lineRule="auto"/>
              <w:ind w:left="72"/>
              <w:rPr>
                <w:lang w:val="ru-RU"/>
              </w:rPr>
            </w:pPr>
            <w:r w:rsidRPr="00DD654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16.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Pr="007A214F" w:rsidRDefault="00DD654D">
            <w:pPr>
              <w:autoSpaceDE w:val="0"/>
              <w:autoSpaceDN w:val="0"/>
              <w:spacing w:before="100" w:after="0" w:line="262" w:lineRule="auto"/>
              <w:ind w:left="72" w:right="144"/>
              <w:rPr>
                <w:lang w:val="ru-RU"/>
              </w:rPr>
            </w:pP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Моя семья. Семейные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праздники: день рождения.</w:t>
            </w:r>
          </w:p>
          <w:p w:rsidR="00DD654D" w:rsidRPr="00DD654D" w:rsidRDefault="00DD654D">
            <w:pPr>
              <w:autoSpaceDE w:val="0"/>
              <w:autoSpaceDN w:val="0"/>
              <w:spacing w:before="70" w:after="0" w:line="230" w:lineRule="auto"/>
              <w:ind w:left="72"/>
              <w:rPr>
                <w:lang w:val="ru-RU"/>
              </w:rPr>
            </w:pPr>
            <w:r w:rsidRPr="00DD654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Мой день рождения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Pr="00DD654D" w:rsidRDefault="00DD654D">
            <w:pPr>
              <w:autoSpaceDE w:val="0"/>
              <w:autoSpaceDN w:val="0"/>
              <w:spacing w:before="100" w:after="0" w:line="230" w:lineRule="auto"/>
              <w:ind w:left="74"/>
              <w:rPr>
                <w:lang w:val="ru-RU"/>
              </w:rPr>
            </w:pPr>
            <w:r w:rsidRPr="00DD654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Pr="00DD654D" w:rsidRDefault="00DD654D">
            <w:pPr>
              <w:rPr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Pr="00DD654D" w:rsidRDefault="00DD654D">
            <w:pPr>
              <w:rPr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Pr="00DD654D" w:rsidRDefault="00DD654D">
            <w:pPr>
              <w:rPr>
                <w:lang w:val="ru-RU"/>
              </w:rPr>
            </w:pPr>
            <w:r>
              <w:rPr>
                <w:lang w:val="ru-RU"/>
              </w:rPr>
              <w:t>6.10.2022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54D" w:rsidRPr="00DD654D" w:rsidRDefault="00DD654D">
            <w:pPr>
              <w:autoSpaceDE w:val="0"/>
              <w:autoSpaceDN w:val="0"/>
              <w:spacing w:before="100" w:after="0"/>
              <w:ind w:left="72" w:right="144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100" w:after="0"/>
              <w:ind w:left="72" w:right="144"/>
            </w:pPr>
            <w:r w:rsidRPr="00DD654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Устный </w:t>
            </w:r>
            <w:r w:rsidRPr="00DD654D">
              <w:rPr>
                <w:lang w:val="ru-RU"/>
              </w:rPr>
              <w:br/>
            </w:r>
            <w:proofErr w:type="spellStart"/>
            <w:r w:rsidRPr="00DD654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опро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с;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;;</w:t>
            </w:r>
            <w:proofErr w:type="gramEnd"/>
          </w:p>
        </w:tc>
      </w:tr>
      <w:tr w:rsidR="00DD654D" w:rsidTr="002322BA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Моя семья. Домашние обязанности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/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Pr="00DD654D" w:rsidRDefault="00DD654D">
            <w:pPr>
              <w:rPr>
                <w:lang w:val="ru-RU"/>
              </w:rPr>
            </w:pPr>
            <w:r>
              <w:rPr>
                <w:lang w:val="ru-RU"/>
              </w:rPr>
              <w:t>7.10.2022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54D" w:rsidRDefault="00DD654D">
            <w:pPr>
              <w:autoSpaceDE w:val="0"/>
              <w:autoSpaceDN w:val="0"/>
              <w:spacing w:before="98" w:after="0"/>
              <w:ind w:left="72" w:right="144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;;</w:t>
            </w:r>
          </w:p>
        </w:tc>
      </w:tr>
      <w:tr w:rsidR="00DD654D" w:rsidTr="002322BA">
        <w:trPr>
          <w:trHeight w:hRule="exact" w:val="1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18.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Pr="007A214F" w:rsidRDefault="00DD654D">
            <w:pPr>
              <w:autoSpaceDE w:val="0"/>
              <w:autoSpaceDN w:val="0"/>
              <w:spacing w:before="98" w:after="0" w:line="262" w:lineRule="auto"/>
              <w:ind w:left="72" w:right="720"/>
              <w:rPr>
                <w:lang w:val="ru-RU"/>
              </w:rPr>
            </w:pP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Моя семья. Любимые занятия членов семьи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/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Pr="00DD654D" w:rsidRDefault="00DD654D">
            <w:pPr>
              <w:rPr>
                <w:lang w:val="ru-RU"/>
              </w:rPr>
            </w:pPr>
            <w:r>
              <w:rPr>
                <w:lang w:val="ru-RU"/>
              </w:rPr>
              <w:t>10.10.2022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54D" w:rsidRDefault="00DD654D">
            <w:pPr>
              <w:autoSpaceDE w:val="0"/>
              <w:autoSpaceDN w:val="0"/>
              <w:spacing w:before="98" w:after="0"/>
              <w:ind w:left="72" w:right="144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;;</w:t>
            </w:r>
          </w:p>
        </w:tc>
      </w:tr>
    </w:tbl>
    <w:p w:rsidR="009501DA" w:rsidRDefault="009501DA">
      <w:pPr>
        <w:autoSpaceDE w:val="0"/>
        <w:autoSpaceDN w:val="0"/>
        <w:spacing w:after="0" w:line="14" w:lineRule="exact"/>
      </w:pPr>
    </w:p>
    <w:p w:rsidR="009501DA" w:rsidRPr="00DD654D" w:rsidRDefault="009501DA">
      <w:pPr>
        <w:rPr>
          <w:lang w:val="ru-RU"/>
        </w:rPr>
        <w:sectPr w:rsidR="009501DA" w:rsidRPr="00DD654D">
          <w:pgSz w:w="11900" w:h="16840"/>
          <w:pgMar w:top="284" w:right="650" w:bottom="538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9501DA" w:rsidRDefault="009501DA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144"/>
        <w:gridCol w:w="734"/>
        <w:gridCol w:w="1215"/>
        <w:gridCol w:w="851"/>
        <w:gridCol w:w="1276"/>
        <w:gridCol w:w="1275"/>
        <w:gridCol w:w="1275"/>
      </w:tblGrid>
      <w:tr w:rsidR="00DD654D" w:rsidTr="00DD654D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19.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Моя семья. Семейный выходной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/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/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Pr="00DD654D" w:rsidRDefault="00DD654D">
            <w:pPr>
              <w:rPr>
                <w:lang w:val="ru-RU"/>
              </w:rPr>
            </w:pPr>
            <w:r>
              <w:rPr>
                <w:lang w:val="ru-RU"/>
              </w:rPr>
              <w:t>13.10.2022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54D" w:rsidRDefault="00DD654D">
            <w:pPr>
              <w:autoSpaceDE w:val="0"/>
              <w:autoSpaceDN w:val="0"/>
              <w:spacing w:before="98" w:after="0"/>
              <w:ind w:left="72" w:right="144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;;</w:t>
            </w:r>
          </w:p>
        </w:tc>
      </w:tr>
      <w:tr w:rsidR="00DD654D" w:rsidTr="00DD654D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Pr="007A214F" w:rsidRDefault="00DD654D">
            <w:pPr>
              <w:autoSpaceDE w:val="0"/>
              <w:autoSpaceDN w:val="0"/>
              <w:spacing w:before="98" w:after="0" w:line="262" w:lineRule="auto"/>
              <w:ind w:left="72" w:right="288"/>
              <w:rPr>
                <w:lang w:val="ru-RU"/>
              </w:rPr>
            </w:pP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Мои друзья. С друзьями в школе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/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/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Pr="00DD654D" w:rsidRDefault="00DD654D">
            <w:pPr>
              <w:rPr>
                <w:lang w:val="ru-RU"/>
              </w:rPr>
            </w:pPr>
            <w:r>
              <w:rPr>
                <w:lang w:val="ru-RU"/>
              </w:rPr>
              <w:t>14.10.2022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54D" w:rsidRDefault="00DD654D">
            <w:pPr>
              <w:autoSpaceDE w:val="0"/>
              <w:autoSpaceDN w:val="0"/>
              <w:spacing w:before="98" w:after="0"/>
              <w:ind w:left="72" w:right="144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;;</w:t>
            </w:r>
          </w:p>
        </w:tc>
      </w:tr>
      <w:tr w:rsidR="00DD654D" w:rsidTr="00DD654D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21.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Pr="007A214F" w:rsidRDefault="00DD654D">
            <w:pPr>
              <w:autoSpaceDE w:val="0"/>
              <w:autoSpaceDN w:val="0"/>
              <w:spacing w:before="98" w:after="0" w:line="262" w:lineRule="auto"/>
              <w:ind w:left="72" w:right="576"/>
              <w:rPr>
                <w:lang w:val="ru-RU"/>
              </w:rPr>
            </w:pP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Мои друзья. На улице с друзьями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/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/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Pr="00DD654D" w:rsidRDefault="00DD654D">
            <w:pPr>
              <w:rPr>
                <w:lang w:val="ru-RU"/>
              </w:rPr>
            </w:pPr>
            <w:r>
              <w:rPr>
                <w:lang w:val="ru-RU"/>
              </w:rPr>
              <w:t>17.10.2022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54D" w:rsidRDefault="00DD654D">
            <w:pPr>
              <w:autoSpaceDE w:val="0"/>
              <w:autoSpaceDN w:val="0"/>
              <w:spacing w:before="98" w:after="0" w:line="278" w:lineRule="auto"/>
              <w:ind w:left="72" w:right="144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 w:line="278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;;</w:t>
            </w:r>
          </w:p>
        </w:tc>
      </w:tr>
      <w:tr w:rsidR="00DD654D" w:rsidTr="00DD654D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22.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Pr="007A214F" w:rsidRDefault="00DD654D">
            <w:pPr>
              <w:autoSpaceDE w:val="0"/>
              <w:autoSpaceDN w:val="0"/>
              <w:spacing w:before="98" w:after="0" w:line="262" w:lineRule="auto"/>
              <w:ind w:left="72" w:right="864"/>
              <w:rPr>
                <w:lang w:val="ru-RU"/>
              </w:rPr>
            </w:pP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Мои друзья. Лучший друг/подруга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/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/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Pr="00DD654D" w:rsidRDefault="00DD654D">
            <w:pPr>
              <w:rPr>
                <w:lang w:val="ru-RU"/>
              </w:rPr>
            </w:pPr>
            <w:r>
              <w:rPr>
                <w:lang w:val="ru-RU"/>
              </w:rPr>
              <w:t>20.10.2022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54D" w:rsidRDefault="00DD654D">
            <w:pPr>
              <w:autoSpaceDE w:val="0"/>
              <w:autoSpaceDN w:val="0"/>
              <w:spacing w:before="98" w:after="0"/>
              <w:ind w:left="72" w:right="144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;;</w:t>
            </w:r>
          </w:p>
        </w:tc>
      </w:tr>
      <w:tr w:rsidR="00DD654D" w:rsidTr="00DD654D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23.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/>
              <w:ind w:left="72"/>
            </w:pP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Школа, школьная жизнь,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школьная форма, изучаемые предметы.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Школа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моей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мечты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/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/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Pr="00DD654D" w:rsidRDefault="00DD654D">
            <w:pPr>
              <w:rPr>
                <w:lang w:val="ru-RU"/>
              </w:rPr>
            </w:pPr>
            <w:r>
              <w:rPr>
                <w:lang w:val="ru-RU"/>
              </w:rPr>
              <w:t>21.10.2022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54D" w:rsidRDefault="00DD654D">
            <w:pPr>
              <w:autoSpaceDE w:val="0"/>
              <w:autoSpaceDN w:val="0"/>
              <w:spacing w:before="98" w:after="0"/>
              <w:ind w:left="72" w:right="144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;;</w:t>
            </w:r>
          </w:p>
        </w:tc>
      </w:tr>
      <w:tr w:rsidR="00DD654D" w:rsidRPr="001511B8" w:rsidTr="00DD654D">
        <w:trPr>
          <w:trHeight w:hRule="exact" w:val="183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24.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Pr="007A214F" w:rsidRDefault="00DD654D">
            <w:pPr>
              <w:autoSpaceDE w:val="0"/>
              <w:autoSpaceDN w:val="0"/>
              <w:spacing w:before="98" w:after="0"/>
              <w:ind w:left="72"/>
              <w:rPr>
                <w:lang w:val="ru-RU"/>
              </w:rPr>
            </w:pP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Школа, школьная жизнь,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школьная форма, изучаемые предметы. Каникулы в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различное время года.</w:t>
            </w:r>
          </w:p>
          <w:p w:rsidR="00DD654D" w:rsidRDefault="00DD654D">
            <w:pPr>
              <w:autoSpaceDE w:val="0"/>
              <w:autoSpaceDN w:val="0"/>
              <w:spacing w:before="70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/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Pr="00DD654D" w:rsidRDefault="00DD654D">
            <w:pPr>
              <w:rPr>
                <w:lang w:val="ru-RU"/>
              </w:rPr>
            </w:pPr>
            <w:r>
              <w:rPr>
                <w:lang w:val="ru-RU"/>
              </w:rPr>
              <w:t>24.10.2022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54D" w:rsidRPr="007A214F" w:rsidRDefault="00DD654D">
            <w:pPr>
              <w:autoSpaceDE w:val="0"/>
              <w:autoSpaceDN w:val="0"/>
              <w:spacing w:before="98" w:after="0" w:line="281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Pr="007A214F" w:rsidRDefault="00DD654D">
            <w:pPr>
              <w:autoSpaceDE w:val="0"/>
              <w:autoSpaceDN w:val="0"/>
              <w:spacing w:before="98" w:after="0" w:line="281" w:lineRule="auto"/>
              <w:ind w:left="72"/>
              <w:rPr>
                <w:lang w:val="ru-RU"/>
              </w:rPr>
            </w:pP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Тестирование; Устный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опрос;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Письменный </w:t>
            </w:r>
            <w:r w:rsidRPr="007A214F">
              <w:rPr>
                <w:lang w:val="ru-RU"/>
              </w:rPr>
              <w:br/>
            </w:r>
            <w:proofErr w:type="gramStart"/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контроль;;</w:t>
            </w:r>
            <w:proofErr w:type="gramEnd"/>
          </w:p>
        </w:tc>
      </w:tr>
      <w:tr w:rsidR="00DD654D" w:rsidTr="00DD654D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25.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/>
              <w:ind w:left="72" w:right="576"/>
            </w:pP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Внешность и характер человека/литературного персонажа.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Описание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внешности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/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/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Pr="00DD654D" w:rsidRDefault="00DD654D">
            <w:pPr>
              <w:rPr>
                <w:lang w:val="ru-RU"/>
              </w:rPr>
            </w:pPr>
            <w:r>
              <w:rPr>
                <w:lang w:val="ru-RU"/>
              </w:rPr>
              <w:t>27.10.2022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54D" w:rsidRDefault="00DD654D">
            <w:pPr>
              <w:autoSpaceDE w:val="0"/>
              <w:autoSpaceDN w:val="0"/>
              <w:spacing w:before="98" w:after="0"/>
              <w:ind w:left="72" w:right="144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;;</w:t>
            </w:r>
          </w:p>
        </w:tc>
      </w:tr>
      <w:tr w:rsidR="00DD654D" w:rsidTr="00DD654D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26.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100" w:after="0"/>
              <w:ind w:left="72" w:right="576"/>
            </w:pP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Внешность и характер человека/литературного персонажа.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Описание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характера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/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/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Pr="00DD654D" w:rsidRDefault="00DD654D">
            <w:pPr>
              <w:rPr>
                <w:lang w:val="ru-RU"/>
              </w:rPr>
            </w:pPr>
            <w:r>
              <w:rPr>
                <w:lang w:val="ru-RU"/>
              </w:rPr>
              <w:t>28.10.2022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54D" w:rsidRDefault="00DD654D">
            <w:pPr>
              <w:autoSpaceDE w:val="0"/>
              <w:autoSpaceDN w:val="0"/>
              <w:spacing w:before="100" w:after="0"/>
              <w:ind w:left="72" w:right="144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100" w:after="0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;;</w:t>
            </w:r>
          </w:p>
        </w:tc>
      </w:tr>
      <w:tr w:rsidR="00DD654D" w:rsidTr="00DD654D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27.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Pr="007A214F" w:rsidRDefault="00DD654D">
            <w:pPr>
              <w:autoSpaceDE w:val="0"/>
              <w:autoSpaceDN w:val="0"/>
              <w:spacing w:before="98" w:after="0"/>
              <w:ind w:left="72" w:right="144"/>
              <w:rPr>
                <w:lang w:val="ru-RU"/>
              </w:rPr>
            </w:pP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Внешность и характер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человека/литературного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персонажа. Внешность и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характер членов моей семьи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/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/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Pr="00DD654D" w:rsidRDefault="00DD654D">
            <w:pPr>
              <w:rPr>
                <w:lang w:val="ru-RU"/>
              </w:rPr>
            </w:pPr>
            <w:r>
              <w:rPr>
                <w:lang w:val="ru-RU"/>
              </w:rPr>
              <w:t>7.11.2022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54D" w:rsidRDefault="00DD654D">
            <w:pPr>
              <w:autoSpaceDE w:val="0"/>
              <w:autoSpaceDN w:val="0"/>
              <w:spacing w:before="98" w:after="0"/>
              <w:ind w:left="72" w:right="144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;;</w:t>
            </w:r>
          </w:p>
        </w:tc>
      </w:tr>
      <w:tr w:rsidR="00DD654D" w:rsidTr="00DD654D">
        <w:trPr>
          <w:trHeight w:hRule="exact" w:val="1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28.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Pr="007A214F" w:rsidRDefault="00DD654D">
            <w:pPr>
              <w:autoSpaceDE w:val="0"/>
              <w:autoSpaceDN w:val="0"/>
              <w:spacing w:before="98" w:after="0"/>
              <w:ind w:left="72" w:right="432"/>
              <w:rPr>
                <w:lang w:val="ru-RU"/>
              </w:rPr>
            </w:pP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Внешность и характер человека/литературного персонажа. Внешность и характер моих друзей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/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/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Pr="00DD654D" w:rsidRDefault="00DD654D">
            <w:pPr>
              <w:rPr>
                <w:lang w:val="ru-RU"/>
              </w:rPr>
            </w:pPr>
            <w:r>
              <w:rPr>
                <w:lang w:val="ru-RU"/>
              </w:rPr>
              <w:t>10.11.2022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54D" w:rsidRDefault="00DD654D">
            <w:pPr>
              <w:autoSpaceDE w:val="0"/>
              <w:autoSpaceDN w:val="0"/>
              <w:spacing w:before="98" w:after="0"/>
              <w:ind w:left="72" w:right="144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;;</w:t>
            </w:r>
          </w:p>
        </w:tc>
      </w:tr>
    </w:tbl>
    <w:p w:rsidR="009501DA" w:rsidRDefault="009501DA">
      <w:pPr>
        <w:autoSpaceDE w:val="0"/>
        <w:autoSpaceDN w:val="0"/>
        <w:spacing w:after="0" w:line="14" w:lineRule="exact"/>
      </w:pPr>
    </w:p>
    <w:p w:rsidR="009501DA" w:rsidRDefault="009501DA">
      <w:pPr>
        <w:sectPr w:rsidR="009501DA">
          <w:pgSz w:w="11900" w:h="16840"/>
          <w:pgMar w:top="284" w:right="650" w:bottom="46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9501DA" w:rsidRDefault="009501DA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144"/>
        <w:gridCol w:w="734"/>
        <w:gridCol w:w="1215"/>
        <w:gridCol w:w="993"/>
        <w:gridCol w:w="1134"/>
        <w:gridCol w:w="1275"/>
        <w:gridCol w:w="1275"/>
      </w:tblGrid>
      <w:tr w:rsidR="00DD654D" w:rsidTr="000A4B11">
        <w:trPr>
          <w:trHeight w:hRule="exact" w:val="183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29.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Pr="007A214F" w:rsidRDefault="00DD654D">
            <w:pPr>
              <w:autoSpaceDE w:val="0"/>
              <w:autoSpaceDN w:val="0"/>
              <w:spacing w:before="98" w:after="0" w:line="281" w:lineRule="auto"/>
              <w:ind w:left="72" w:right="288"/>
              <w:rPr>
                <w:lang w:val="ru-RU"/>
              </w:rPr>
            </w:pP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Внешность и характер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человека/литературного персонажа. Мои любимые литературные персонажи: внешность и характер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/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Pr="00DD654D" w:rsidRDefault="00DD654D">
            <w:pPr>
              <w:rPr>
                <w:lang w:val="ru-RU"/>
              </w:rPr>
            </w:pPr>
            <w:r>
              <w:rPr>
                <w:lang w:val="ru-RU"/>
              </w:rPr>
              <w:t>11.11.2022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54D" w:rsidRDefault="00DD654D">
            <w:pPr>
              <w:autoSpaceDE w:val="0"/>
              <w:autoSpaceDN w:val="0"/>
              <w:spacing w:before="98" w:after="0"/>
              <w:ind w:left="72" w:right="144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;;</w:t>
            </w:r>
          </w:p>
        </w:tc>
      </w:tr>
      <w:tr w:rsidR="00DD654D" w:rsidTr="000A4B11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30.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Pr="007A214F" w:rsidRDefault="00DD654D">
            <w:pPr>
              <w:autoSpaceDE w:val="0"/>
              <w:autoSpaceDN w:val="0"/>
              <w:spacing w:before="98" w:after="0" w:line="262" w:lineRule="auto"/>
              <w:ind w:left="72" w:right="432"/>
              <w:rPr>
                <w:lang w:val="ru-RU"/>
              </w:rPr>
            </w:pP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Досуг и увлечения/хобби современного подростка.</w:t>
            </w:r>
          </w:p>
          <w:p w:rsidR="00DD654D" w:rsidRDefault="00DD654D">
            <w:pPr>
              <w:autoSpaceDE w:val="0"/>
              <w:autoSpaceDN w:val="0"/>
              <w:spacing w:before="70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Свободное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/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Pr="00DD654D" w:rsidRDefault="00DD654D">
            <w:pPr>
              <w:rPr>
                <w:lang w:val="ru-RU"/>
              </w:rPr>
            </w:pPr>
            <w:r>
              <w:rPr>
                <w:lang w:val="ru-RU"/>
              </w:rPr>
              <w:t>14.11.2022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54D" w:rsidRDefault="00DD654D">
            <w:pPr>
              <w:autoSpaceDE w:val="0"/>
              <w:autoSpaceDN w:val="0"/>
              <w:spacing w:before="98" w:after="0"/>
              <w:ind w:left="72" w:right="144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;;</w:t>
            </w:r>
          </w:p>
        </w:tc>
      </w:tr>
      <w:tr w:rsidR="00DD654D" w:rsidTr="000A4B11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31.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Pr="007A214F" w:rsidRDefault="00DD654D">
            <w:pPr>
              <w:autoSpaceDE w:val="0"/>
              <w:autoSpaceDN w:val="0"/>
              <w:spacing w:before="100" w:after="0" w:line="271" w:lineRule="auto"/>
              <w:ind w:left="72" w:right="432"/>
              <w:rPr>
                <w:lang w:val="ru-RU"/>
              </w:rPr>
            </w:pP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Досуг и увлечения/хобби современного подростка (чтение, кино, спорт).</w:t>
            </w:r>
          </w:p>
          <w:p w:rsidR="00DD654D" w:rsidRDefault="00DD654D">
            <w:pPr>
              <w:autoSpaceDE w:val="0"/>
              <w:autoSpaceDN w:val="0"/>
              <w:spacing w:before="70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Чтение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книг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/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Pr="00DD654D" w:rsidRDefault="00DD654D">
            <w:pPr>
              <w:rPr>
                <w:lang w:val="ru-RU"/>
              </w:rPr>
            </w:pPr>
            <w:r>
              <w:rPr>
                <w:lang w:val="ru-RU"/>
              </w:rPr>
              <w:t>17.11.2022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54D" w:rsidRDefault="00DD654D">
            <w:pPr>
              <w:autoSpaceDE w:val="0"/>
              <w:autoSpaceDN w:val="0"/>
              <w:spacing w:before="100" w:after="0"/>
              <w:ind w:left="72" w:right="144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100" w:after="0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;;</w:t>
            </w:r>
          </w:p>
        </w:tc>
      </w:tr>
      <w:tr w:rsidR="00DD654D" w:rsidTr="000A4B11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32.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Pr="007A214F" w:rsidRDefault="00DD654D">
            <w:pPr>
              <w:autoSpaceDE w:val="0"/>
              <w:autoSpaceDN w:val="0"/>
              <w:spacing w:before="98" w:after="0" w:line="271" w:lineRule="auto"/>
              <w:ind w:left="72" w:right="432"/>
              <w:rPr>
                <w:lang w:val="ru-RU"/>
              </w:rPr>
            </w:pP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Досуг и увлечения/хобби современного подростка (чтение, кино, спорт).</w:t>
            </w:r>
          </w:p>
          <w:p w:rsidR="00DD654D" w:rsidRDefault="00DD654D">
            <w:pPr>
              <w:autoSpaceDE w:val="0"/>
              <w:autoSpaceDN w:val="0"/>
              <w:spacing w:before="70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Родная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литература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/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Pr="00DD654D" w:rsidRDefault="00DD654D">
            <w:pPr>
              <w:rPr>
                <w:lang w:val="ru-RU"/>
              </w:rPr>
            </w:pPr>
            <w:r>
              <w:rPr>
                <w:lang w:val="ru-RU"/>
              </w:rPr>
              <w:t>18.11.2022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54D" w:rsidRDefault="00DD654D">
            <w:pPr>
              <w:autoSpaceDE w:val="0"/>
              <w:autoSpaceDN w:val="0"/>
              <w:spacing w:before="98" w:after="0"/>
              <w:ind w:left="72" w:right="144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;;</w:t>
            </w:r>
          </w:p>
        </w:tc>
      </w:tr>
      <w:tr w:rsidR="00DD654D" w:rsidTr="000A4B11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33.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/>
              <w:ind w:left="72"/>
            </w:pP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Выдающиеся люди родной страны и страны/стран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изучаемого языка: писатели, поэты.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Английский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писатель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/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Pr="00DD654D" w:rsidRDefault="00DD654D">
            <w:pPr>
              <w:rPr>
                <w:lang w:val="ru-RU"/>
              </w:rPr>
            </w:pPr>
            <w:r>
              <w:rPr>
                <w:lang w:val="ru-RU"/>
              </w:rPr>
              <w:t>21.11.2022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54D" w:rsidRDefault="00DD654D">
            <w:pPr>
              <w:autoSpaceDE w:val="0"/>
              <w:autoSpaceDN w:val="0"/>
              <w:spacing w:before="98" w:after="0"/>
              <w:ind w:left="72" w:right="144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;;</w:t>
            </w:r>
          </w:p>
        </w:tc>
      </w:tr>
      <w:tr w:rsidR="00DD654D" w:rsidTr="000A4B11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34.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Pr="007A214F" w:rsidRDefault="00DD654D">
            <w:pPr>
              <w:autoSpaceDE w:val="0"/>
              <w:autoSpaceDN w:val="0"/>
              <w:spacing w:before="98" w:after="0" w:line="271" w:lineRule="auto"/>
              <w:ind w:left="72" w:right="432"/>
              <w:rPr>
                <w:lang w:val="ru-RU"/>
              </w:rPr>
            </w:pP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Досуг и увлечения/хобби современного подростка (чтение, кино, спорт).</w:t>
            </w:r>
          </w:p>
          <w:p w:rsidR="00DD654D" w:rsidRDefault="00DD654D">
            <w:pPr>
              <w:autoSpaceDE w:val="0"/>
              <w:autoSpaceDN w:val="0"/>
              <w:spacing w:before="70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Любимая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книга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/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Pr="00DD654D" w:rsidRDefault="00DD654D">
            <w:pPr>
              <w:rPr>
                <w:lang w:val="ru-RU"/>
              </w:rPr>
            </w:pPr>
            <w:r>
              <w:rPr>
                <w:lang w:val="ru-RU"/>
              </w:rPr>
              <w:t>24.11.2022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54D" w:rsidRDefault="00DD654D">
            <w:pPr>
              <w:autoSpaceDE w:val="0"/>
              <w:autoSpaceDN w:val="0"/>
              <w:spacing w:before="98" w:after="0"/>
              <w:ind w:left="72" w:right="144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;;</w:t>
            </w:r>
          </w:p>
        </w:tc>
      </w:tr>
      <w:tr w:rsidR="00DD654D" w:rsidTr="000A4B11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35.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/>
              <w:ind w:left="72" w:right="144"/>
            </w:pP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Досуг и увлечения/хобби современного подростка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(чтение, кино, спорт).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Кино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фотография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/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Pr="00DD654D" w:rsidRDefault="00DD654D">
            <w:pPr>
              <w:rPr>
                <w:lang w:val="ru-RU"/>
              </w:rPr>
            </w:pPr>
            <w:r>
              <w:rPr>
                <w:lang w:val="ru-RU"/>
              </w:rPr>
              <w:t>25.11.2022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54D" w:rsidRDefault="00DD654D">
            <w:pPr>
              <w:autoSpaceDE w:val="0"/>
              <w:autoSpaceDN w:val="0"/>
              <w:spacing w:before="98" w:after="0"/>
              <w:ind w:left="72" w:right="144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;;</w:t>
            </w:r>
          </w:p>
        </w:tc>
      </w:tr>
      <w:tr w:rsidR="00DD654D" w:rsidTr="000A4B11">
        <w:trPr>
          <w:trHeight w:hRule="exact" w:val="183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36.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Pr="007A214F" w:rsidRDefault="00DD654D">
            <w:pPr>
              <w:autoSpaceDE w:val="0"/>
              <w:autoSpaceDN w:val="0"/>
              <w:spacing w:before="100" w:after="0" w:line="271" w:lineRule="auto"/>
              <w:ind w:left="72" w:right="432"/>
              <w:rPr>
                <w:lang w:val="ru-RU"/>
              </w:rPr>
            </w:pP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Досуг и увлечения/хобби современного подростка (чтение, кино, спорт).</w:t>
            </w:r>
          </w:p>
          <w:p w:rsidR="00DD654D" w:rsidRPr="007A214F" w:rsidRDefault="00DD654D">
            <w:pPr>
              <w:autoSpaceDE w:val="0"/>
              <w:autoSpaceDN w:val="0"/>
              <w:spacing w:before="70" w:after="0" w:line="262" w:lineRule="auto"/>
              <w:ind w:left="72" w:right="288"/>
              <w:rPr>
                <w:lang w:val="ru-RU"/>
              </w:rPr>
            </w:pP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Любимые мультфильмы и их герои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/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Pr="00DD654D" w:rsidRDefault="00DD654D">
            <w:pPr>
              <w:rPr>
                <w:lang w:val="ru-RU"/>
              </w:rPr>
            </w:pPr>
            <w:r>
              <w:rPr>
                <w:lang w:val="ru-RU"/>
              </w:rPr>
              <w:t>28.11.2022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54D" w:rsidRDefault="00DD654D">
            <w:pPr>
              <w:autoSpaceDE w:val="0"/>
              <w:autoSpaceDN w:val="0"/>
              <w:spacing w:before="100" w:after="0"/>
              <w:ind w:left="72" w:right="144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100" w:after="0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;;</w:t>
            </w:r>
          </w:p>
        </w:tc>
      </w:tr>
      <w:tr w:rsidR="00DD654D" w:rsidTr="000A4B11">
        <w:trPr>
          <w:trHeight w:hRule="exact" w:val="1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37.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Pr="007A214F" w:rsidRDefault="00DD654D">
            <w:pPr>
              <w:autoSpaceDE w:val="0"/>
              <w:autoSpaceDN w:val="0"/>
              <w:spacing w:before="98" w:after="0" w:line="271" w:lineRule="auto"/>
              <w:ind w:left="72" w:right="432"/>
              <w:rPr>
                <w:lang w:val="ru-RU"/>
              </w:rPr>
            </w:pP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Досуг и увлечения/хобби современного подростка (чтение, кино, спорт).</w:t>
            </w:r>
          </w:p>
          <w:p w:rsidR="00DD654D" w:rsidRDefault="00DD654D">
            <w:pPr>
              <w:autoSpaceDE w:val="0"/>
              <w:autoSpaceDN w:val="0"/>
              <w:spacing w:before="70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Увлечения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моих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друзей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/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Pr="00DD654D" w:rsidRDefault="00DD654D">
            <w:pPr>
              <w:rPr>
                <w:lang w:val="ru-RU"/>
              </w:rPr>
            </w:pPr>
            <w:r>
              <w:rPr>
                <w:lang w:val="ru-RU"/>
              </w:rPr>
              <w:t>1.12.2022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54D" w:rsidRDefault="00DD654D">
            <w:pPr>
              <w:autoSpaceDE w:val="0"/>
              <w:autoSpaceDN w:val="0"/>
              <w:spacing w:before="98" w:after="0"/>
              <w:ind w:left="72" w:right="144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;;</w:t>
            </w:r>
          </w:p>
        </w:tc>
      </w:tr>
    </w:tbl>
    <w:p w:rsidR="009501DA" w:rsidRDefault="009501DA">
      <w:pPr>
        <w:autoSpaceDE w:val="0"/>
        <w:autoSpaceDN w:val="0"/>
        <w:spacing w:after="0" w:line="14" w:lineRule="exact"/>
      </w:pPr>
    </w:p>
    <w:p w:rsidR="009501DA" w:rsidRDefault="009501DA">
      <w:pPr>
        <w:sectPr w:rsidR="009501DA">
          <w:pgSz w:w="11900" w:h="16840"/>
          <w:pgMar w:top="284" w:right="650" w:bottom="10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9501DA" w:rsidRDefault="009501DA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144"/>
        <w:gridCol w:w="734"/>
        <w:gridCol w:w="1215"/>
        <w:gridCol w:w="993"/>
        <w:gridCol w:w="1134"/>
        <w:gridCol w:w="1275"/>
        <w:gridCol w:w="1275"/>
      </w:tblGrid>
      <w:tr w:rsidR="00DD654D" w:rsidRPr="001511B8" w:rsidTr="00062C2C">
        <w:trPr>
          <w:trHeight w:hRule="exact" w:val="183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38.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 w:line="271" w:lineRule="auto"/>
              <w:ind w:left="72"/>
            </w:pP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Досуг и увлечения/хобби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современного подростка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(чтение, кино, спорт).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Спорт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Pr="00DD654D" w:rsidRDefault="00DD654D">
            <w:pPr>
              <w:rPr>
                <w:lang w:val="ru-RU"/>
              </w:rPr>
            </w:pPr>
            <w:r>
              <w:rPr>
                <w:lang w:val="ru-RU"/>
              </w:rPr>
              <w:t>2.12.2022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54D" w:rsidRPr="007A214F" w:rsidRDefault="00DD654D">
            <w:pPr>
              <w:autoSpaceDE w:val="0"/>
              <w:autoSpaceDN w:val="0"/>
              <w:spacing w:before="98" w:after="0" w:line="281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Pr="007A214F" w:rsidRDefault="00DD654D">
            <w:pPr>
              <w:autoSpaceDE w:val="0"/>
              <w:autoSpaceDN w:val="0"/>
              <w:spacing w:before="98" w:after="0" w:line="281" w:lineRule="auto"/>
              <w:ind w:left="72"/>
              <w:rPr>
                <w:lang w:val="ru-RU"/>
              </w:rPr>
            </w:pP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Тестирование; Устный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опрос;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Письменный </w:t>
            </w:r>
            <w:r w:rsidRPr="007A214F">
              <w:rPr>
                <w:lang w:val="ru-RU"/>
              </w:rPr>
              <w:br/>
            </w:r>
            <w:proofErr w:type="gramStart"/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контроль;;</w:t>
            </w:r>
            <w:proofErr w:type="gramEnd"/>
          </w:p>
        </w:tc>
      </w:tr>
      <w:tr w:rsidR="00DD654D" w:rsidTr="00062C2C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39.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Природа. Погода. Времена года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/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Pr="00DD654D" w:rsidRDefault="00DD654D">
            <w:pPr>
              <w:rPr>
                <w:lang w:val="ru-RU"/>
              </w:rPr>
            </w:pPr>
            <w:r>
              <w:rPr>
                <w:lang w:val="ru-RU"/>
              </w:rPr>
              <w:t>5.12.2022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54D" w:rsidRDefault="00DD654D">
            <w:pPr>
              <w:autoSpaceDE w:val="0"/>
              <w:autoSpaceDN w:val="0"/>
              <w:spacing w:before="98" w:after="0"/>
              <w:ind w:left="72" w:right="144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;;</w:t>
            </w:r>
          </w:p>
        </w:tc>
      </w:tr>
      <w:tr w:rsidR="00DD654D" w:rsidTr="00062C2C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40.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Pr="007A214F" w:rsidRDefault="00DD654D">
            <w:pPr>
              <w:autoSpaceDE w:val="0"/>
              <w:autoSpaceDN w:val="0"/>
              <w:spacing w:before="100" w:after="0" w:line="262" w:lineRule="auto"/>
              <w:ind w:left="72" w:right="288"/>
              <w:rPr>
                <w:lang w:val="ru-RU"/>
              </w:rPr>
            </w:pP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Природа. Погода. Времена года и погода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/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Pr="00DD654D" w:rsidRDefault="00DD654D">
            <w:pPr>
              <w:rPr>
                <w:lang w:val="ru-RU"/>
              </w:rPr>
            </w:pPr>
            <w:r>
              <w:rPr>
                <w:lang w:val="ru-RU"/>
              </w:rPr>
              <w:t>8.12.2022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54D" w:rsidRDefault="00DD654D">
            <w:pPr>
              <w:autoSpaceDE w:val="0"/>
              <w:autoSpaceDN w:val="0"/>
              <w:spacing w:before="100" w:after="0"/>
              <w:ind w:left="72" w:right="144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100" w:after="0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;;</w:t>
            </w:r>
          </w:p>
        </w:tc>
      </w:tr>
      <w:tr w:rsidR="00DD654D" w:rsidTr="00062C2C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41.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 w:line="271" w:lineRule="auto"/>
              <w:ind w:left="72" w:right="144"/>
            </w:pP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Здоровый образ жизни: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режим труда и отдыха.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Мой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школьный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день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/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Pr="00DD654D" w:rsidRDefault="00DD654D">
            <w:pPr>
              <w:rPr>
                <w:lang w:val="ru-RU"/>
              </w:rPr>
            </w:pPr>
            <w:r>
              <w:rPr>
                <w:lang w:val="ru-RU"/>
              </w:rPr>
              <w:t>9.12.2022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54D" w:rsidRDefault="00DD654D">
            <w:pPr>
              <w:autoSpaceDE w:val="0"/>
              <w:autoSpaceDN w:val="0"/>
              <w:spacing w:before="98" w:after="0"/>
              <w:ind w:left="72" w:right="144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;;</w:t>
            </w:r>
          </w:p>
        </w:tc>
      </w:tr>
      <w:tr w:rsidR="00DD654D" w:rsidTr="00062C2C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42.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 w:line="271" w:lineRule="auto"/>
              <w:ind w:left="72" w:right="144"/>
            </w:pP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Здоровый образ жизни: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режим труда и отдыха.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Мой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день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каникулах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/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Pr="00DD654D" w:rsidRDefault="00DD654D">
            <w:pPr>
              <w:rPr>
                <w:lang w:val="ru-RU"/>
              </w:rPr>
            </w:pPr>
            <w:r>
              <w:rPr>
                <w:lang w:val="ru-RU"/>
              </w:rPr>
              <w:t>12.12.2022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54D" w:rsidRDefault="00DD654D">
            <w:pPr>
              <w:autoSpaceDE w:val="0"/>
              <w:autoSpaceDN w:val="0"/>
              <w:spacing w:before="98" w:after="0"/>
              <w:ind w:left="72" w:right="144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;;</w:t>
            </w:r>
          </w:p>
        </w:tc>
      </w:tr>
      <w:tr w:rsidR="00DD654D" w:rsidTr="00062C2C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43.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/>
              <w:ind w:left="72" w:right="288"/>
            </w:pP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Здоровый образ жизни: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режим труда и отдыха,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здоровое питание.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Еда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здоровья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/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Pr="00DD654D" w:rsidRDefault="00DD654D">
            <w:pPr>
              <w:rPr>
                <w:lang w:val="ru-RU"/>
              </w:rPr>
            </w:pPr>
            <w:r>
              <w:rPr>
                <w:lang w:val="ru-RU"/>
              </w:rPr>
              <w:t>15.12.2022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54D" w:rsidRDefault="00DD654D">
            <w:pPr>
              <w:autoSpaceDE w:val="0"/>
              <w:autoSpaceDN w:val="0"/>
              <w:spacing w:before="98" w:after="0"/>
              <w:ind w:left="72" w:right="144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;;</w:t>
            </w:r>
          </w:p>
        </w:tc>
      </w:tr>
      <w:tr w:rsidR="00DD654D" w:rsidTr="00062C2C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44.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Pr="007A214F" w:rsidRDefault="00DD654D">
            <w:pPr>
              <w:autoSpaceDE w:val="0"/>
              <w:autoSpaceDN w:val="0"/>
              <w:spacing w:before="98" w:after="0" w:line="271" w:lineRule="auto"/>
              <w:ind w:left="72" w:right="576"/>
              <w:rPr>
                <w:lang w:val="ru-RU"/>
              </w:rPr>
            </w:pP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Здоровый образ жизни: режим труда и отдыха, здоровое питание.</w:t>
            </w:r>
          </w:p>
          <w:p w:rsidR="00DD654D" w:rsidRDefault="00DD654D">
            <w:pPr>
              <w:autoSpaceDE w:val="0"/>
              <w:autoSpaceDN w:val="0"/>
              <w:spacing w:before="72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Правильный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перекус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/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Pr="00DD654D" w:rsidRDefault="00DD654D">
            <w:pPr>
              <w:rPr>
                <w:lang w:val="ru-RU"/>
              </w:rPr>
            </w:pPr>
            <w:r>
              <w:rPr>
                <w:lang w:val="ru-RU"/>
              </w:rPr>
              <w:t>16.12.2022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54D" w:rsidRDefault="00DD654D">
            <w:pPr>
              <w:autoSpaceDE w:val="0"/>
              <w:autoSpaceDN w:val="0"/>
              <w:spacing w:before="98" w:after="0"/>
              <w:ind w:left="72" w:right="144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;;</w:t>
            </w:r>
          </w:p>
        </w:tc>
      </w:tr>
      <w:tr w:rsidR="00DD654D" w:rsidTr="00062C2C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45.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Pr="007A214F" w:rsidRDefault="00DD654D">
            <w:pPr>
              <w:autoSpaceDE w:val="0"/>
              <w:autoSpaceDN w:val="0"/>
              <w:spacing w:before="100" w:after="0" w:line="262" w:lineRule="auto"/>
              <w:ind w:left="72" w:right="288"/>
              <w:rPr>
                <w:lang w:val="ru-RU"/>
              </w:rPr>
            </w:pP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Мои друзья. Подготовка к Новому году в школе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/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Pr="00DD654D" w:rsidRDefault="00DD654D">
            <w:pPr>
              <w:rPr>
                <w:lang w:val="ru-RU"/>
              </w:rPr>
            </w:pPr>
            <w:r>
              <w:rPr>
                <w:lang w:val="ru-RU"/>
              </w:rPr>
              <w:t>19.12.2022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54D" w:rsidRDefault="00DD654D">
            <w:pPr>
              <w:autoSpaceDE w:val="0"/>
              <w:autoSpaceDN w:val="0"/>
              <w:spacing w:before="100" w:after="0"/>
              <w:ind w:left="72" w:right="144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100" w:after="0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;;</w:t>
            </w:r>
          </w:p>
        </w:tc>
      </w:tr>
      <w:tr w:rsidR="00DD654D" w:rsidTr="00062C2C">
        <w:trPr>
          <w:trHeight w:hRule="exact" w:val="1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46.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Pr="007A214F" w:rsidRDefault="00DD654D">
            <w:pPr>
              <w:autoSpaceDE w:val="0"/>
              <w:autoSpaceDN w:val="0"/>
              <w:spacing w:before="98" w:after="0" w:line="262" w:lineRule="auto"/>
              <w:ind w:left="72" w:right="576"/>
              <w:rPr>
                <w:lang w:val="ru-RU"/>
              </w:rPr>
            </w:pP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Моя семья. Семейные праздники: Новый год.</w:t>
            </w:r>
          </w:p>
          <w:p w:rsidR="00DD654D" w:rsidRDefault="00DD654D">
            <w:pPr>
              <w:autoSpaceDE w:val="0"/>
              <w:autoSpaceDN w:val="0"/>
              <w:spacing w:before="70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Новый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год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семьей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/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Pr="00DD654D" w:rsidRDefault="00DD654D">
            <w:pPr>
              <w:rPr>
                <w:lang w:val="ru-RU"/>
              </w:rPr>
            </w:pPr>
            <w:r>
              <w:rPr>
                <w:lang w:val="ru-RU"/>
              </w:rPr>
              <w:t>22.12.2022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54D" w:rsidRDefault="00DD654D">
            <w:pPr>
              <w:autoSpaceDE w:val="0"/>
              <w:autoSpaceDN w:val="0"/>
              <w:spacing w:before="98" w:after="0"/>
              <w:ind w:left="72" w:right="144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;;</w:t>
            </w:r>
          </w:p>
        </w:tc>
      </w:tr>
    </w:tbl>
    <w:p w:rsidR="009501DA" w:rsidRDefault="009501DA">
      <w:pPr>
        <w:autoSpaceDE w:val="0"/>
        <w:autoSpaceDN w:val="0"/>
        <w:spacing w:after="0" w:line="14" w:lineRule="exact"/>
      </w:pPr>
    </w:p>
    <w:p w:rsidR="009501DA" w:rsidRPr="00DD654D" w:rsidRDefault="00DD654D">
      <w:pPr>
        <w:rPr>
          <w:lang w:val="ru-RU"/>
        </w:rPr>
        <w:sectPr w:rsidR="009501DA" w:rsidRPr="00DD654D">
          <w:pgSz w:w="11900" w:h="16840"/>
          <w:pgMar w:top="284" w:right="650" w:bottom="1210" w:left="666" w:header="720" w:footer="720" w:gutter="0"/>
          <w:cols w:space="720" w:equalWidth="0">
            <w:col w:w="10584" w:space="0"/>
          </w:cols>
          <w:docGrid w:linePitch="360"/>
        </w:sectPr>
      </w:pPr>
      <w:r>
        <w:rPr>
          <w:lang w:val="ru-RU"/>
        </w:rPr>
        <w:t>23</w:t>
      </w:r>
    </w:p>
    <w:p w:rsidR="009501DA" w:rsidRPr="00DD654D" w:rsidRDefault="009501DA">
      <w:pPr>
        <w:autoSpaceDE w:val="0"/>
        <w:autoSpaceDN w:val="0"/>
        <w:spacing w:after="66" w:line="220" w:lineRule="exact"/>
        <w:rPr>
          <w:lang w:val="ru-RU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144"/>
        <w:gridCol w:w="734"/>
        <w:gridCol w:w="1215"/>
        <w:gridCol w:w="993"/>
        <w:gridCol w:w="1134"/>
        <w:gridCol w:w="1275"/>
        <w:gridCol w:w="1275"/>
      </w:tblGrid>
      <w:tr w:rsidR="00DD654D" w:rsidRPr="001511B8" w:rsidTr="00631101">
        <w:trPr>
          <w:trHeight w:hRule="exact" w:val="25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47.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Pr="007A214F" w:rsidRDefault="00DD654D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Досуг и увлечения.</w:t>
            </w:r>
          </w:p>
          <w:p w:rsidR="00DD654D" w:rsidRPr="007A214F" w:rsidRDefault="00DD654D">
            <w:pPr>
              <w:autoSpaceDE w:val="0"/>
              <w:autoSpaceDN w:val="0"/>
              <w:spacing w:before="70" w:after="0" w:line="262" w:lineRule="auto"/>
              <w:ind w:left="72" w:right="576"/>
              <w:rPr>
                <w:lang w:val="ru-RU"/>
              </w:rPr>
            </w:pP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Здоровый образ жизни. Семейные праздники.</w:t>
            </w:r>
          </w:p>
          <w:p w:rsidR="00DD654D" w:rsidRDefault="00DD654D">
            <w:pPr>
              <w:autoSpaceDE w:val="0"/>
              <w:autoSpaceDN w:val="0"/>
              <w:spacing w:before="70" w:after="0"/>
              <w:ind w:left="72" w:right="432"/>
            </w:pP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Внешность и характер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человека/литературного персонажа.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Pr="00DD654D" w:rsidRDefault="00DD654D">
            <w:pPr>
              <w:rPr>
                <w:lang w:val="ru-RU"/>
              </w:rPr>
            </w:pPr>
            <w:r>
              <w:rPr>
                <w:lang w:val="ru-RU"/>
              </w:rPr>
              <w:t>23.12.2022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54D" w:rsidRPr="007A214F" w:rsidRDefault="00DD654D">
            <w:pPr>
              <w:autoSpaceDE w:val="0"/>
              <w:autoSpaceDN w:val="0"/>
              <w:spacing w:before="98" w:after="0" w:line="281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Pr="007A214F" w:rsidRDefault="00DD654D">
            <w:pPr>
              <w:autoSpaceDE w:val="0"/>
              <w:autoSpaceDN w:val="0"/>
              <w:spacing w:before="98" w:after="0" w:line="281" w:lineRule="auto"/>
              <w:ind w:left="72"/>
              <w:rPr>
                <w:lang w:val="ru-RU"/>
              </w:rPr>
            </w:pP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Тестирование; Устный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опрос;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Письменный </w:t>
            </w:r>
            <w:r w:rsidRPr="007A214F">
              <w:rPr>
                <w:lang w:val="ru-RU"/>
              </w:rPr>
              <w:br/>
            </w:r>
            <w:proofErr w:type="gramStart"/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контроль;;</w:t>
            </w:r>
            <w:proofErr w:type="gramEnd"/>
          </w:p>
        </w:tc>
      </w:tr>
      <w:tr w:rsidR="00DD654D" w:rsidTr="00631101">
        <w:trPr>
          <w:trHeight w:hRule="exact" w:val="21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48.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Pr="007A214F" w:rsidRDefault="00DD654D">
            <w:pPr>
              <w:autoSpaceDE w:val="0"/>
              <w:autoSpaceDN w:val="0"/>
              <w:spacing w:before="98" w:after="0" w:line="281" w:lineRule="auto"/>
              <w:ind w:left="72" w:right="288"/>
              <w:rPr>
                <w:lang w:val="ru-RU"/>
              </w:rPr>
            </w:pP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Родная страна и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страна/страны изучаемого языка. Их географическое положение, столицы;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достопримечательности.</w:t>
            </w:r>
          </w:p>
          <w:p w:rsidR="00DD654D" w:rsidRDefault="00DD654D">
            <w:pPr>
              <w:autoSpaceDE w:val="0"/>
              <w:autoSpaceDN w:val="0"/>
              <w:spacing w:before="70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Москва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/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Pr="00DD654D" w:rsidRDefault="00DD654D">
            <w:pPr>
              <w:rPr>
                <w:lang w:val="ru-RU"/>
              </w:rPr>
            </w:pPr>
            <w:r>
              <w:rPr>
                <w:lang w:val="ru-RU"/>
              </w:rPr>
              <w:t>26.12.2022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54D" w:rsidRDefault="00DD654D">
            <w:pPr>
              <w:autoSpaceDE w:val="0"/>
              <w:autoSpaceDN w:val="0"/>
              <w:spacing w:before="98" w:after="0"/>
              <w:ind w:left="72" w:right="144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;;</w:t>
            </w:r>
          </w:p>
        </w:tc>
      </w:tr>
      <w:tr w:rsidR="00DD654D" w:rsidTr="00631101">
        <w:trPr>
          <w:trHeight w:hRule="exact" w:val="217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49.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Pr="007A214F" w:rsidRDefault="00DD654D">
            <w:pPr>
              <w:autoSpaceDE w:val="0"/>
              <w:autoSpaceDN w:val="0"/>
              <w:spacing w:before="98" w:after="0" w:line="281" w:lineRule="auto"/>
              <w:ind w:left="72" w:right="288"/>
              <w:rPr>
                <w:lang w:val="ru-RU"/>
              </w:rPr>
            </w:pP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Родная страна и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страна/страны изучаемого языка. Их географическое положение, столицы;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достопримечательности.</w:t>
            </w:r>
          </w:p>
          <w:p w:rsidR="00DD654D" w:rsidRDefault="00DD654D">
            <w:pPr>
              <w:autoSpaceDE w:val="0"/>
              <w:autoSpaceDN w:val="0"/>
              <w:spacing w:before="70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Лондон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/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Pr="00DD654D" w:rsidRDefault="00DD654D">
            <w:pPr>
              <w:rPr>
                <w:lang w:val="ru-RU"/>
              </w:rPr>
            </w:pPr>
            <w:r>
              <w:rPr>
                <w:lang w:val="ru-RU"/>
              </w:rPr>
              <w:t>29.12.2022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54D" w:rsidRDefault="00DD654D">
            <w:pPr>
              <w:autoSpaceDE w:val="0"/>
              <w:autoSpaceDN w:val="0"/>
              <w:spacing w:before="98" w:after="0"/>
              <w:ind w:left="72" w:right="144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;;</w:t>
            </w:r>
          </w:p>
        </w:tc>
      </w:tr>
      <w:tr w:rsidR="00DD654D" w:rsidTr="00631101">
        <w:trPr>
          <w:trHeight w:hRule="exact" w:val="25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50.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Pr="007A214F" w:rsidRDefault="00DD654D">
            <w:pPr>
              <w:autoSpaceDE w:val="0"/>
              <w:autoSpaceDN w:val="0"/>
              <w:spacing w:before="98" w:after="0" w:line="281" w:lineRule="auto"/>
              <w:ind w:left="72" w:right="288"/>
              <w:rPr>
                <w:lang w:val="ru-RU"/>
              </w:rPr>
            </w:pP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Родная страна и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страна/страны изучаемого языка. Их географическое положение, столицы;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достопримечательности.</w:t>
            </w:r>
          </w:p>
          <w:p w:rsidR="00DD654D" w:rsidRPr="007A214F" w:rsidRDefault="00DD654D">
            <w:pPr>
              <w:autoSpaceDE w:val="0"/>
              <w:autoSpaceDN w:val="0"/>
              <w:spacing w:before="70" w:after="0" w:line="262" w:lineRule="auto"/>
              <w:ind w:left="72" w:right="576"/>
              <w:rPr>
                <w:lang w:val="ru-RU"/>
              </w:rPr>
            </w:pP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Сувениры из Москвы и Лондона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/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Pr="00DD654D" w:rsidRDefault="00DD654D">
            <w:pPr>
              <w:rPr>
                <w:lang w:val="ru-RU"/>
              </w:rPr>
            </w:pPr>
            <w:r>
              <w:rPr>
                <w:lang w:val="ru-RU"/>
              </w:rPr>
              <w:t>30.12.2022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54D" w:rsidRDefault="00DD654D">
            <w:pPr>
              <w:autoSpaceDE w:val="0"/>
              <w:autoSpaceDN w:val="0"/>
              <w:spacing w:before="98" w:after="0"/>
              <w:ind w:left="72" w:right="144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;;</w:t>
            </w:r>
          </w:p>
        </w:tc>
      </w:tr>
      <w:tr w:rsidR="00DD654D" w:rsidTr="00631101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51.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Pr="007A214F" w:rsidRDefault="00DD654D">
            <w:pPr>
              <w:autoSpaceDE w:val="0"/>
              <w:autoSpaceDN w:val="0"/>
              <w:spacing w:before="98" w:after="0" w:line="262" w:lineRule="auto"/>
              <w:ind w:left="72" w:right="576"/>
              <w:rPr>
                <w:lang w:val="ru-RU"/>
              </w:rPr>
            </w:pP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Родной город/село. Моя малая родина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/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Pr="00742DCB" w:rsidRDefault="00742DCB">
            <w:pPr>
              <w:rPr>
                <w:lang w:val="ru-RU"/>
              </w:rPr>
            </w:pPr>
            <w:r>
              <w:rPr>
                <w:lang w:val="ru-RU"/>
              </w:rPr>
              <w:t>16.01.2023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54D" w:rsidRDefault="00DD654D">
            <w:pPr>
              <w:autoSpaceDE w:val="0"/>
              <w:autoSpaceDN w:val="0"/>
              <w:spacing w:before="98" w:after="0"/>
              <w:ind w:left="72" w:right="144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;;</w:t>
            </w:r>
          </w:p>
        </w:tc>
      </w:tr>
      <w:tr w:rsidR="00DD654D" w:rsidTr="00631101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52.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Pr="007A214F" w:rsidRDefault="00DD654D">
            <w:pPr>
              <w:autoSpaceDE w:val="0"/>
              <w:autoSpaceDN w:val="0"/>
              <w:spacing w:before="100" w:after="0" w:line="230" w:lineRule="auto"/>
              <w:ind w:left="72"/>
              <w:rPr>
                <w:lang w:val="ru-RU"/>
              </w:rPr>
            </w:pP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Родной город/село.</w:t>
            </w:r>
          </w:p>
          <w:p w:rsidR="00DD654D" w:rsidRPr="007A214F" w:rsidRDefault="00DD654D">
            <w:pPr>
              <w:autoSpaceDE w:val="0"/>
              <w:autoSpaceDN w:val="0"/>
              <w:spacing w:before="70" w:after="0" w:line="262" w:lineRule="auto"/>
              <w:ind w:left="72" w:right="288"/>
              <w:rPr>
                <w:lang w:val="ru-RU"/>
              </w:rPr>
            </w:pP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Транспорт. Городской и междугородний транспорт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/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Pr="00742DCB" w:rsidRDefault="00742DCB">
            <w:pPr>
              <w:rPr>
                <w:lang w:val="ru-RU"/>
              </w:rPr>
            </w:pPr>
            <w:r>
              <w:rPr>
                <w:lang w:val="ru-RU"/>
              </w:rPr>
              <w:t>19.01.2023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54D" w:rsidRDefault="00DD654D">
            <w:pPr>
              <w:autoSpaceDE w:val="0"/>
              <w:autoSpaceDN w:val="0"/>
              <w:spacing w:before="100" w:after="0"/>
              <w:ind w:left="72" w:right="144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100" w:after="0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;;</w:t>
            </w:r>
          </w:p>
        </w:tc>
      </w:tr>
      <w:tr w:rsidR="00DD654D" w:rsidTr="00631101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53.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Pr="007A214F" w:rsidRDefault="00DD654D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Родной город/село.</w:t>
            </w:r>
          </w:p>
          <w:p w:rsidR="00DD654D" w:rsidRPr="007A214F" w:rsidRDefault="00DD654D">
            <w:pPr>
              <w:autoSpaceDE w:val="0"/>
              <w:autoSpaceDN w:val="0"/>
              <w:spacing w:before="70" w:after="0" w:line="262" w:lineRule="auto"/>
              <w:ind w:left="72" w:right="576"/>
              <w:rPr>
                <w:lang w:val="ru-RU"/>
              </w:rPr>
            </w:pP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Транспорт. Карта моего города/региона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/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Pr="00742DCB" w:rsidRDefault="00742DCB">
            <w:pPr>
              <w:rPr>
                <w:lang w:val="ru-RU"/>
              </w:rPr>
            </w:pPr>
            <w:r>
              <w:rPr>
                <w:lang w:val="ru-RU"/>
              </w:rPr>
              <w:t>20.01.2023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54D" w:rsidRDefault="00DD654D">
            <w:pPr>
              <w:autoSpaceDE w:val="0"/>
              <w:autoSpaceDN w:val="0"/>
              <w:spacing w:before="98" w:after="0"/>
              <w:ind w:left="72" w:right="144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;;</w:t>
            </w:r>
          </w:p>
        </w:tc>
      </w:tr>
      <w:tr w:rsidR="00DD654D" w:rsidTr="00631101">
        <w:trPr>
          <w:trHeight w:hRule="exact" w:val="1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54.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Pr="007A214F" w:rsidRDefault="00DD654D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Родной город/село.</w:t>
            </w:r>
          </w:p>
          <w:p w:rsidR="00DD654D" w:rsidRPr="007A214F" w:rsidRDefault="00DD654D">
            <w:pPr>
              <w:autoSpaceDE w:val="0"/>
              <w:autoSpaceDN w:val="0"/>
              <w:spacing w:before="70" w:after="0" w:line="262" w:lineRule="auto"/>
              <w:ind w:left="72" w:right="288"/>
              <w:rPr>
                <w:lang w:val="ru-RU"/>
              </w:rPr>
            </w:pP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Транспорт. Как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сориентироваться в городе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/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Pr="00742DCB" w:rsidRDefault="00742DCB">
            <w:pPr>
              <w:rPr>
                <w:lang w:val="ru-RU"/>
              </w:rPr>
            </w:pPr>
            <w:r>
              <w:rPr>
                <w:lang w:val="ru-RU"/>
              </w:rPr>
              <w:t>23.01.2023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54D" w:rsidRDefault="00DD654D">
            <w:pPr>
              <w:autoSpaceDE w:val="0"/>
              <w:autoSpaceDN w:val="0"/>
              <w:spacing w:before="98" w:after="0"/>
              <w:ind w:left="72" w:right="144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D654D" w:rsidRDefault="00DD654D">
            <w:pPr>
              <w:autoSpaceDE w:val="0"/>
              <w:autoSpaceDN w:val="0"/>
              <w:spacing w:before="98" w:after="0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;;</w:t>
            </w:r>
          </w:p>
        </w:tc>
      </w:tr>
    </w:tbl>
    <w:p w:rsidR="009501DA" w:rsidRDefault="009501DA">
      <w:pPr>
        <w:autoSpaceDE w:val="0"/>
        <w:autoSpaceDN w:val="0"/>
        <w:spacing w:after="0" w:line="14" w:lineRule="exact"/>
      </w:pPr>
    </w:p>
    <w:p w:rsidR="009501DA" w:rsidRDefault="009501DA">
      <w:pPr>
        <w:sectPr w:rsidR="009501DA">
          <w:pgSz w:w="11900" w:h="16840"/>
          <w:pgMar w:top="284" w:right="650" w:bottom="448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9501DA" w:rsidRDefault="009501DA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144"/>
        <w:gridCol w:w="734"/>
        <w:gridCol w:w="1215"/>
        <w:gridCol w:w="993"/>
        <w:gridCol w:w="1134"/>
        <w:gridCol w:w="1275"/>
        <w:gridCol w:w="1275"/>
      </w:tblGrid>
      <w:tr w:rsidR="00742DCB" w:rsidTr="002D6D84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55.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Pr="007A214F" w:rsidRDefault="00742DCB">
            <w:pPr>
              <w:autoSpaceDE w:val="0"/>
              <w:autoSpaceDN w:val="0"/>
              <w:spacing w:before="98" w:after="0" w:line="262" w:lineRule="auto"/>
              <w:ind w:left="72" w:right="576"/>
              <w:rPr>
                <w:lang w:val="ru-RU"/>
              </w:rPr>
            </w:pP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Транспорт. Транспорт в Москве и в Лондоне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/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Pr="00742DCB" w:rsidRDefault="00742DCB">
            <w:pPr>
              <w:rPr>
                <w:lang w:val="ru-RU"/>
              </w:rPr>
            </w:pPr>
            <w:r>
              <w:rPr>
                <w:lang w:val="ru-RU"/>
              </w:rPr>
              <w:t>26.01.2023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DCB" w:rsidRDefault="00742DCB">
            <w:pPr>
              <w:autoSpaceDE w:val="0"/>
              <w:autoSpaceDN w:val="0"/>
              <w:spacing w:before="98" w:after="0"/>
              <w:ind w:left="72" w:right="144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;;</w:t>
            </w:r>
          </w:p>
        </w:tc>
      </w:tr>
      <w:tr w:rsidR="00742DCB" w:rsidTr="002D6D84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56.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 w:line="271" w:lineRule="auto"/>
              <w:ind w:left="72" w:right="288"/>
            </w:pP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Покупки: одежда, обувь и продукты питания. </w:t>
            </w:r>
            <w:r w:rsidRPr="007A214F">
              <w:rPr>
                <w:lang w:val="ru-RU"/>
              </w:rP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Продукты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питания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/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Pr="00742DCB" w:rsidRDefault="00742DCB">
            <w:pPr>
              <w:rPr>
                <w:lang w:val="ru-RU"/>
              </w:rPr>
            </w:pPr>
            <w:r>
              <w:rPr>
                <w:lang w:val="ru-RU"/>
              </w:rPr>
              <w:t>27.01.2023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DCB" w:rsidRDefault="00742DCB">
            <w:pPr>
              <w:autoSpaceDE w:val="0"/>
              <w:autoSpaceDN w:val="0"/>
              <w:spacing w:before="98" w:after="0"/>
              <w:ind w:left="72" w:right="144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;;</w:t>
            </w:r>
          </w:p>
        </w:tc>
      </w:tr>
      <w:tr w:rsidR="00742DCB" w:rsidTr="002D6D84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57.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 w:line="262" w:lineRule="auto"/>
              <w:ind w:left="72" w:right="144"/>
            </w:pP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Покупки: одежда, обувь и продукты питания.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Одежда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/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Pr="00742DCB" w:rsidRDefault="00742DCB">
            <w:pPr>
              <w:rPr>
                <w:lang w:val="ru-RU"/>
              </w:rPr>
            </w:pPr>
            <w:r>
              <w:rPr>
                <w:lang w:val="ru-RU"/>
              </w:rPr>
              <w:t>30.01.2023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DCB" w:rsidRDefault="00742DCB">
            <w:pPr>
              <w:autoSpaceDE w:val="0"/>
              <w:autoSpaceDN w:val="0"/>
              <w:spacing w:before="98" w:after="0" w:line="278" w:lineRule="auto"/>
              <w:ind w:left="72" w:right="144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 w:line="278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;;</w:t>
            </w:r>
          </w:p>
        </w:tc>
      </w:tr>
      <w:tr w:rsidR="00742DCB" w:rsidTr="002D6D84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58.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 w:line="262" w:lineRule="auto"/>
              <w:ind w:left="72" w:right="288"/>
            </w:pP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Покупки: одежда, обувь и продукты питания.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Обувь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/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Pr="00742DCB" w:rsidRDefault="00742DCB">
            <w:pPr>
              <w:rPr>
                <w:lang w:val="ru-RU"/>
              </w:rPr>
            </w:pPr>
            <w:r>
              <w:rPr>
                <w:lang w:val="ru-RU"/>
              </w:rPr>
              <w:t>2.02.2023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DCB" w:rsidRDefault="00742DCB">
            <w:pPr>
              <w:autoSpaceDE w:val="0"/>
              <w:autoSpaceDN w:val="0"/>
              <w:spacing w:before="98" w:after="0"/>
              <w:ind w:left="72" w:right="144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;;</w:t>
            </w:r>
          </w:p>
        </w:tc>
      </w:tr>
      <w:tr w:rsidR="00742DCB" w:rsidTr="002D6D84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59.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 w:line="271" w:lineRule="auto"/>
              <w:ind w:left="72"/>
            </w:pP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Покупки: одежда, обувь и продукты питания.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Общение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магазине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/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Pr="00742DCB" w:rsidRDefault="00742DCB">
            <w:pPr>
              <w:rPr>
                <w:lang w:val="ru-RU"/>
              </w:rPr>
            </w:pPr>
            <w:r>
              <w:rPr>
                <w:lang w:val="ru-RU"/>
              </w:rPr>
              <w:t>3.02.2023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DCB" w:rsidRDefault="00742DCB">
            <w:pPr>
              <w:autoSpaceDE w:val="0"/>
              <w:autoSpaceDN w:val="0"/>
              <w:spacing w:before="98" w:after="0"/>
              <w:ind w:left="72" w:right="144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;;</w:t>
            </w:r>
          </w:p>
        </w:tc>
      </w:tr>
      <w:tr w:rsidR="00742DCB" w:rsidRPr="001511B8" w:rsidTr="002D6D84">
        <w:trPr>
          <w:trHeight w:hRule="exact" w:val="183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60.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Pr="007A214F" w:rsidRDefault="00742DCB">
            <w:pPr>
              <w:autoSpaceDE w:val="0"/>
              <w:autoSpaceDN w:val="0"/>
              <w:spacing w:before="98" w:after="0"/>
              <w:ind w:left="72" w:right="288"/>
              <w:rPr>
                <w:lang w:val="ru-RU"/>
              </w:rPr>
            </w:pP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Покупки: одежда, обувь и продукты питания. Выбор необходимых товаров в магазине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Pr="00742DCB" w:rsidRDefault="00742DCB">
            <w:pPr>
              <w:rPr>
                <w:lang w:val="ru-RU"/>
              </w:rPr>
            </w:pPr>
            <w:r>
              <w:rPr>
                <w:lang w:val="ru-RU"/>
              </w:rPr>
              <w:t>6.02.2023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DCB" w:rsidRPr="007A214F" w:rsidRDefault="00742DCB">
            <w:pPr>
              <w:autoSpaceDE w:val="0"/>
              <w:autoSpaceDN w:val="0"/>
              <w:spacing w:before="98" w:after="0" w:line="281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Pr="007A214F" w:rsidRDefault="00742DCB">
            <w:pPr>
              <w:autoSpaceDE w:val="0"/>
              <w:autoSpaceDN w:val="0"/>
              <w:spacing w:before="98" w:after="0" w:line="281" w:lineRule="auto"/>
              <w:ind w:left="72"/>
              <w:rPr>
                <w:lang w:val="ru-RU"/>
              </w:rPr>
            </w:pP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Тестирование; Устный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опрос;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Письменный </w:t>
            </w:r>
            <w:r w:rsidRPr="007A214F">
              <w:rPr>
                <w:lang w:val="ru-RU"/>
              </w:rPr>
              <w:br/>
            </w:r>
            <w:proofErr w:type="gramStart"/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контроль;;</w:t>
            </w:r>
            <w:proofErr w:type="gramEnd"/>
          </w:p>
        </w:tc>
      </w:tr>
      <w:tr w:rsidR="00742DCB" w:rsidTr="002D6D84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61.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Pr="007A214F" w:rsidRDefault="00742DCB">
            <w:pPr>
              <w:autoSpaceDE w:val="0"/>
              <w:autoSpaceDN w:val="0"/>
              <w:spacing w:before="98" w:after="0" w:line="262" w:lineRule="auto"/>
              <w:ind w:left="72" w:right="576"/>
              <w:rPr>
                <w:lang w:val="ru-RU"/>
              </w:rPr>
            </w:pP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Моя семья. Профессии членов семьи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/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Pr="00742DCB" w:rsidRDefault="00742DCB">
            <w:pPr>
              <w:rPr>
                <w:lang w:val="ru-RU"/>
              </w:rPr>
            </w:pPr>
            <w:r>
              <w:rPr>
                <w:lang w:val="ru-RU"/>
              </w:rPr>
              <w:t>9.02.2023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DCB" w:rsidRDefault="00742DCB">
            <w:pPr>
              <w:autoSpaceDE w:val="0"/>
              <w:autoSpaceDN w:val="0"/>
              <w:spacing w:before="98" w:after="0"/>
              <w:ind w:left="72" w:right="144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;;</w:t>
            </w:r>
          </w:p>
        </w:tc>
      </w:tr>
      <w:tr w:rsidR="00742DCB" w:rsidTr="002D6D84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62.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Pr="007A214F" w:rsidRDefault="00742DCB">
            <w:pPr>
              <w:autoSpaceDE w:val="0"/>
              <w:autoSpaceDN w:val="0"/>
              <w:spacing w:before="100" w:after="0" w:line="262" w:lineRule="auto"/>
              <w:ind w:left="72" w:right="432"/>
              <w:rPr>
                <w:lang w:val="ru-RU"/>
              </w:rPr>
            </w:pP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Мои друзья. Профессии, которые мы выбираем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/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Pr="00742DCB" w:rsidRDefault="00742DCB">
            <w:pPr>
              <w:rPr>
                <w:lang w:val="ru-RU"/>
              </w:rPr>
            </w:pPr>
            <w:r>
              <w:rPr>
                <w:lang w:val="ru-RU"/>
              </w:rPr>
              <w:t>10.02.2023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DCB" w:rsidRDefault="00742DCB">
            <w:pPr>
              <w:autoSpaceDE w:val="0"/>
              <w:autoSpaceDN w:val="0"/>
              <w:spacing w:before="100" w:after="0"/>
              <w:ind w:left="72" w:right="144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100" w:after="0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;;</w:t>
            </w:r>
          </w:p>
        </w:tc>
      </w:tr>
      <w:tr w:rsidR="00742DCB" w:rsidTr="002D6D84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63.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Pr="007A214F" w:rsidRDefault="00742DCB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Природа. Погода. Погода в Великобритании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/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Pr="00742DCB" w:rsidRDefault="00742DCB">
            <w:pPr>
              <w:rPr>
                <w:lang w:val="ru-RU"/>
              </w:rPr>
            </w:pPr>
            <w:r>
              <w:rPr>
                <w:lang w:val="ru-RU"/>
              </w:rPr>
              <w:t>13.02.2023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DCB" w:rsidRDefault="00742DCB">
            <w:pPr>
              <w:autoSpaceDE w:val="0"/>
              <w:autoSpaceDN w:val="0"/>
              <w:spacing w:before="98" w:after="0"/>
              <w:ind w:left="72" w:right="144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;;</w:t>
            </w:r>
          </w:p>
        </w:tc>
      </w:tr>
      <w:tr w:rsidR="00742DCB" w:rsidTr="002D6D84">
        <w:trPr>
          <w:trHeight w:hRule="exact" w:val="1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64.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/>
              <w:ind w:left="72" w:right="288"/>
            </w:pP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Родная страна и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страна/страны изучаемого языка.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Природа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Великобритании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/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Pr="00742DCB" w:rsidRDefault="00742DCB">
            <w:pPr>
              <w:rPr>
                <w:lang w:val="ru-RU"/>
              </w:rPr>
            </w:pPr>
            <w:r>
              <w:rPr>
                <w:lang w:val="ru-RU"/>
              </w:rPr>
              <w:t>16.02.2023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DCB" w:rsidRDefault="00742DCB">
            <w:pPr>
              <w:autoSpaceDE w:val="0"/>
              <w:autoSpaceDN w:val="0"/>
              <w:spacing w:before="98" w:after="0"/>
              <w:ind w:left="72" w:right="144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;;</w:t>
            </w:r>
          </w:p>
        </w:tc>
      </w:tr>
    </w:tbl>
    <w:p w:rsidR="009501DA" w:rsidRDefault="009501DA">
      <w:pPr>
        <w:autoSpaceDE w:val="0"/>
        <w:autoSpaceDN w:val="0"/>
        <w:spacing w:after="0" w:line="14" w:lineRule="exact"/>
      </w:pPr>
    </w:p>
    <w:p w:rsidR="009501DA" w:rsidRPr="00742DCB" w:rsidRDefault="009501DA">
      <w:pPr>
        <w:rPr>
          <w:lang w:val="ru-RU"/>
        </w:rPr>
        <w:sectPr w:rsidR="009501DA" w:rsidRPr="00742DCB">
          <w:pgSz w:w="11900" w:h="16840"/>
          <w:pgMar w:top="284" w:right="650" w:bottom="46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9501DA" w:rsidRDefault="009501DA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144"/>
        <w:gridCol w:w="734"/>
        <w:gridCol w:w="1215"/>
        <w:gridCol w:w="993"/>
        <w:gridCol w:w="1134"/>
        <w:gridCol w:w="1275"/>
        <w:gridCol w:w="1275"/>
      </w:tblGrid>
      <w:tr w:rsidR="00742DCB" w:rsidTr="00C129FE">
        <w:trPr>
          <w:trHeight w:hRule="exact" w:val="31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65.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 w:line="286" w:lineRule="auto"/>
              <w:ind w:left="72" w:right="288"/>
            </w:pP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Родная страна и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страна/страны изучаемого языка. Их географическое положение, столицы;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достопримечательности, культурные особенности (национальные праздники, традиции, обычаи).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Родная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страна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Российские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города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/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Pr="00742DCB" w:rsidRDefault="00742DCB">
            <w:pPr>
              <w:rPr>
                <w:lang w:val="ru-RU"/>
              </w:rPr>
            </w:pPr>
            <w:r>
              <w:rPr>
                <w:lang w:val="ru-RU"/>
              </w:rPr>
              <w:t>17.02.2023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DCB" w:rsidRDefault="00742DCB">
            <w:pPr>
              <w:autoSpaceDE w:val="0"/>
              <w:autoSpaceDN w:val="0"/>
              <w:spacing w:before="98" w:after="0"/>
              <w:ind w:left="72" w:right="144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;;</w:t>
            </w:r>
          </w:p>
        </w:tc>
      </w:tr>
      <w:tr w:rsidR="00742DCB" w:rsidTr="00C129FE">
        <w:trPr>
          <w:trHeight w:hRule="exact" w:val="318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66.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100" w:after="0" w:line="286" w:lineRule="auto"/>
              <w:ind w:left="72" w:right="144"/>
            </w:pP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Родная страна и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страна/страны изучаемого языка. Их географическое положение, столицы;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достопримечательности, культурные особенности (национальные праздники, традиции, обычаи).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Города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Великобритании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/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Pr="00742DCB" w:rsidRDefault="00742DCB">
            <w:pPr>
              <w:rPr>
                <w:lang w:val="ru-RU"/>
              </w:rPr>
            </w:pPr>
            <w:r>
              <w:rPr>
                <w:lang w:val="ru-RU"/>
              </w:rPr>
              <w:t>20.02.2023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DCB" w:rsidRDefault="00742DCB">
            <w:pPr>
              <w:autoSpaceDE w:val="0"/>
              <w:autoSpaceDN w:val="0"/>
              <w:spacing w:before="100" w:after="0"/>
              <w:ind w:left="72" w:right="144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100" w:after="0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;;</w:t>
            </w:r>
          </w:p>
        </w:tc>
      </w:tr>
      <w:tr w:rsidR="00742DCB" w:rsidTr="00C129FE">
        <w:trPr>
          <w:trHeight w:hRule="exact" w:val="25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67.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 w:line="283" w:lineRule="auto"/>
              <w:ind w:left="72" w:right="288"/>
            </w:pP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Родная страна и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страна/страны изучаемого языка. Их географическое положение, столицы;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достопримечательности.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Достопримечательности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Лондона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 Тауэр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/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Pr="00742DCB" w:rsidRDefault="00742DCB">
            <w:pPr>
              <w:rPr>
                <w:lang w:val="ru-RU"/>
              </w:rPr>
            </w:pPr>
            <w:r>
              <w:rPr>
                <w:lang w:val="ru-RU"/>
              </w:rPr>
              <w:t>24.02.2023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DCB" w:rsidRDefault="00742DCB">
            <w:pPr>
              <w:autoSpaceDE w:val="0"/>
              <w:autoSpaceDN w:val="0"/>
              <w:spacing w:before="98" w:after="0"/>
              <w:ind w:left="72" w:right="144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;;</w:t>
            </w:r>
          </w:p>
        </w:tc>
      </w:tr>
      <w:tr w:rsidR="00742DCB" w:rsidTr="00C129FE">
        <w:trPr>
          <w:trHeight w:hRule="exact" w:val="251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68.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 w:line="283" w:lineRule="auto"/>
              <w:ind w:left="72" w:right="288"/>
            </w:pP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Родная страна и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страна/страны изучаемого языка. Их географическое положение, столицы;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достопримечательности.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Достопримечательности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Лондона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 Биг-Бен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/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Pr="00742DCB" w:rsidRDefault="00742DCB">
            <w:pPr>
              <w:rPr>
                <w:lang w:val="ru-RU"/>
              </w:rPr>
            </w:pPr>
            <w:r>
              <w:rPr>
                <w:lang w:val="ru-RU"/>
              </w:rPr>
              <w:t>27.02.2023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DCB" w:rsidRDefault="00742DCB">
            <w:pPr>
              <w:autoSpaceDE w:val="0"/>
              <w:autoSpaceDN w:val="0"/>
              <w:spacing w:before="98" w:after="0"/>
              <w:ind w:left="72" w:right="144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;;</w:t>
            </w:r>
          </w:p>
        </w:tc>
      </w:tr>
      <w:tr w:rsidR="00742DCB" w:rsidTr="00C129FE">
        <w:trPr>
          <w:trHeight w:hRule="exact" w:val="282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69.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 w:line="286" w:lineRule="auto"/>
              <w:ind w:left="72" w:right="288"/>
            </w:pP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Родная страна и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страна/страны изучаемого языка. Их географическое положение, столицы;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достопримечательности.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Достопримечательности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Лондона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 Букингемский дворец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/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Pr="00742DCB" w:rsidRDefault="00742DCB">
            <w:pPr>
              <w:rPr>
                <w:lang w:val="ru-RU"/>
              </w:rPr>
            </w:pPr>
            <w:r>
              <w:rPr>
                <w:lang w:val="ru-RU"/>
              </w:rPr>
              <w:t>2.03.2023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DCB" w:rsidRDefault="00742DCB">
            <w:pPr>
              <w:autoSpaceDE w:val="0"/>
              <w:autoSpaceDN w:val="0"/>
              <w:spacing w:before="98" w:after="0"/>
              <w:ind w:left="72" w:right="144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;;</w:t>
            </w:r>
          </w:p>
        </w:tc>
      </w:tr>
    </w:tbl>
    <w:p w:rsidR="009501DA" w:rsidRDefault="009501DA">
      <w:pPr>
        <w:autoSpaceDE w:val="0"/>
        <w:autoSpaceDN w:val="0"/>
        <w:spacing w:after="0" w:line="14" w:lineRule="exact"/>
      </w:pPr>
    </w:p>
    <w:p w:rsidR="009501DA" w:rsidRDefault="009501DA">
      <w:pPr>
        <w:sectPr w:rsidR="009501DA">
          <w:pgSz w:w="11900" w:h="16840"/>
          <w:pgMar w:top="284" w:right="650" w:bottom="1018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9501DA" w:rsidRDefault="009501DA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144"/>
        <w:gridCol w:w="734"/>
        <w:gridCol w:w="1215"/>
        <w:gridCol w:w="993"/>
        <w:gridCol w:w="1134"/>
        <w:gridCol w:w="1275"/>
        <w:gridCol w:w="1275"/>
      </w:tblGrid>
      <w:tr w:rsidR="00742DCB" w:rsidTr="007810EB">
        <w:trPr>
          <w:trHeight w:hRule="exact" w:val="25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70.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 w:line="283" w:lineRule="auto"/>
              <w:ind w:left="72" w:right="288"/>
            </w:pP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Родная страна и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страна/страны изучаемого языка. Их географическое положение, столицы;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достопримечательности.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Достопримечательности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Москвы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 Кремль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/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Pr="00742DCB" w:rsidRDefault="00742DCB">
            <w:pPr>
              <w:rPr>
                <w:lang w:val="ru-RU"/>
              </w:rPr>
            </w:pPr>
            <w:r>
              <w:rPr>
                <w:lang w:val="ru-RU"/>
              </w:rPr>
              <w:t>3.03.2023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DCB" w:rsidRDefault="00742DCB">
            <w:pPr>
              <w:autoSpaceDE w:val="0"/>
              <w:autoSpaceDN w:val="0"/>
              <w:spacing w:before="98" w:after="0"/>
              <w:ind w:left="72" w:right="144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;;</w:t>
            </w:r>
          </w:p>
        </w:tc>
      </w:tr>
      <w:tr w:rsidR="00742DCB" w:rsidTr="007810EB">
        <w:trPr>
          <w:trHeight w:hRule="exact" w:val="284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71.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 w:line="286" w:lineRule="auto"/>
              <w:ind w:left="72" w:right="288"/>
            </w:pP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Родная страна и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страна/страны изучаемого языка. Их географическое положение, столицы;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достопримечательности.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Достопримечательности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Москвы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. Московский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зоопарк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/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Pr="00742DCB" w:rsidRDefault="00742DCB">
            <w:pPr>
              <w:rPr>
                <w:lang w:val="ru-RU"/>
              </w:rPr>
            </w:pPr>
            <w:r>
              <w:rPr>
                <w:lang w:val="ru-RU"/>
              </w:rPr>
              <w:t>6.03.2023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DCB" w:rsidRDefault="00742DCB">
            <w:pPr>
              <w:autoSpaceDE w:val="0"/>
              <w:autoSpaceDN w:val="0"/>
              <w:spacing w:before="98" w:after="0"/>
              <w:ind w:left="72" w:right="144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;;</w:t>
            </w:r>
          </w:p>
        </w:tc>
      </w:tr>
      <w:tr w:rsidR="00742DCB" w:rsidTr="007810EB">
        <w:trPr>
          <w:trHeight w:hRule="exact" w:val="25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72.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Pr="007A214F" w:rsidRDefault="00742DCB">
            <w:pPr>
              <w:autoSpaceDE w:val="0"/>
              <w:autoSpaceDN w:val="0"/>
              <w:spacing w:before="98" w:after="0" w:line="281" w:lineRule="auto"/>
              <w:ind w:left="72" w:right="288"/>
              <w:rPr>
                <w:lang w:val="ru-RU"/>
              </w:rPr>
            </w:pP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Родная страна и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страна/страны изучаемого языка. Их географическое положение, столицы;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достопримечательности.</w:t>
            </w:r>
          </w:p>
          <w:p w:rsidR="00742DCB" w:rsidRPr="007A214F" w:rsidRDefault="00742DCB">
            <w:pPr>
              <w:autoSpaceDE w:val="0"/>
              <w:autoSpaceDN w:val="0"/>
              <w:spacing w:before="70" w:after="0" w:line="262" w:lineRule="auto"/>
              <w:ind w:left="72" w:right="576"/>
              <w:rPr>
                <w:lang w:val="ru-RU"/>
              </w:rPr>
            </w:pP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Санкт-Петербург и его достопримечательности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/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Pr="00742DCB" w:rsidRDefault="00742DCB">
            <w:pPr>
              <w:rPr>
                <w:lang w:val="ru-RU"/>
              </w:rPr>
            </w:pPr>
            <w:r>
              <w:rPr>
                <w:lang w:val="ru-RU"/>
              </w:rPr>
              <w:t>9.03.2023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DCB" w:rsidRDefault="00742DCB">
            <w:pPr>
              <w:autoSpaceDE w:val="0"/>
              <w:autoSpaceDN w:val="0"/>
              <w:spacing w:before="98" w:after="0"/>
              <w:ind w:left="72" w:right="144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;;</w:t>
            </w:r>
          </w:p>
        </w:tc>
      </w:tr>
      <w:tr w:rsidR="00742DCB" w:rsidTr="007810EB">
        <w:trPr>
          <w:trHeight w:hRule="exact" w:val="284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73.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 w:line="286" w:lineRule="auto"/>
              <w:ind w:left="72" w:right="288"/>
            </w:pP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Родная страна и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страна/страны изучаемого языка. Их географическое положение, столицы;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достопримечательности.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Достопримечательности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Лондона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. Лондонский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зоопарк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/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Pr="00742DCB" w:rsidRDefault="00742DCB">
            <w:pPr>
              <w:rPr>
                <w:lang w:val="ru-RU"/>
              </w:rPr>
            </w:pPr>
            <w:r>
              <w:rPr>
                <w:lang w:val="ru-RU"/>
              </w:rPr>
              <w:t>10.03.2023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DCB" w:rsidRDefault="00742DCB">
            <w:pPr>
              <w:autoSpaceDE w:val="0"/>
              <w:autoSpaceDN w:val="0"/>
              <w:spacing w:before="98" w:after="0"/>
              <w:ind w:left="72" w:right="144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;;</w:t>
            </w:r>
          </w:p>
        </w:tc>
      </w:tr>
      <w:tr w:rsidR="00742DCB" w:rsidTr="007810EB">
        <w:trPr>
          <w:trHeight w:hRule="exact" w:val="217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74.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Pr="007A214F" w:rsidRDefault="00742DCB">
            <w:pPr>
              <w:autoSpaceDE w:val="0"/>
              <w:autoSpaceDN w:val="0"/>
              <w:spacing w:before="98" w:after="0" w:line="281" w:lineRule="auto"/>
              <w:ind w:left="72" w:right="288"/>
              <w:rPr>
                <w:lang w:val="ru-RU"/>
              </w:rPr>
            </w:pP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Родная страна и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страна/страны изучаемого языка. Их географическое положение, столицы;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достопримечательности.</w:t>
            </w:r>
          </w:p>
          <w:p w:rsidR="00742DCB" w:rsidRDefault="00742DCB">
            <w:pPr>
              <w:autoSpaceDE w:val="0"/>
              <w:autoSpaceDN w:val="0"/>
              <w:spacing w:before="70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Музеи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Лондона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/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Pr="00742DCB" w:rsidRDefault="00742DCB">
            <w:pPr>
              <w:rPr>
                <w:lang w:val="ru-RU"/>
              </w:rPr>
            </w:pPr>
            <w:r>
              <w:rPr>
                <w:lang w:val="ru-RU"/>
              </w:rPr>
              <w:t>13.03.2023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DCB" w:rsidRDefault="00742DCB">
            <w:pPr>
              <w:autoSpaceDE w:val="0"/>
              <w:autoSpaceDN w:val="0"/>
              <w:spacing w:before="98" w:after="0"/>
              <w:ind w:left="72" w:right="144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;;</w:t>
            </w:r>
          </w:p>
        </w:tc>
      </w:tr>
      <w:tr w:rsidR="00742DCB" w:rsidTr="007810EB">
        <w:trPr>
          <w:trHeight w:hRule="exact" w:val="215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75.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Pr="007A214F" w:rsidRDefault="00742DCB">
            <w:pPr>
              <w:autoSpaceDE w:val="0"/>
              <w:autoSpaceDN w:val="0"/>
              <w:spacing w:before="98" w:after="0" w:line="281" w:lineRule="auto"/>
              <w:ind w:left="72" w:right="288"/>
              <w:rPr>
                <w:lang w:val="ru-RU"/>
              </w:rPr>
            </w:pP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Родная страна и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страна/страны изучаемого языка. Их географическое положение, столицы;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достопримечательности.</w:t>
            </w:r>
          </w:p>
          <w:p w:rsidR="00742DCB" w:rsidRDefault="00742DCB">
            <w:pPr>
              <w:autoSpaceDE w:val="0"/>
              <w:autoSpaceDN w:val="0"/>
              <w:spacing w:before="70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Музеи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Москвы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/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Pr="00742DCB" w:rsidRDefault="00742DCB">
            <w:pPr>
              <w:rPr>
                <w:lang w:val="ru-RU"/>
              </w:rPr>
            </w:pPr>
            <w:r>
              <w:rPr>
                <w:lang w:val="ru-RU"/>
              </w:rPr>
              <w:t>16.03.2023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DCB" w:rsidRDefault="00742DCB">
            <w:pPr>
              <w:autoSpaceDE w:val="0"/>
              <w:autoSpaceDN w:val="0"/>
              <w:spacing w:before="98" w:after="0"/>
              <w:ind w:left="72" w:right="144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;;</w:t>
            </w:r>
          </w:p>
        </w:tc>
      </w:tr>
    </w:tbl>
    <w:p w:rsidR="009501DA" w:rsidRDefault="009501DA">
      <w:pPr>
        <w:autoSpaceDE w:val="0"/>
        <w:autoSpaceDN w:val="0"/>
        <w:spacing w:after="0" w:line="14" w:lineRule="exact"/>
      </w:pPr>
    </w:p>
    <w:p w:rsidR="009501DA" w:rsidRPr="00742DCB" w:rsidRDefault="009501DA">
      <w:pPr>
        <w:rPr>
          <w:lang w:val="ru-RU"/>
        </w:rPr>
        <w:sectPr w:rsidR="009501DA" w:rsidRPr="00742DCB">
          <w:pgSz w:w="11900" w:h="16840"/>
          <w:pgMar w:top="284" w:right="650" w:bottom="602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9501DA" w:rsidRDefault="009501DA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144"/>
        <w:gridCol w:w="734"/>
        <w:gridCol w:w="1215"/>
        <w:gridCol w:w="993"/>
        <w:gridCol w:w="1134"/>
        <w:gridCol w:w="1275"/>
        <w:gridCol w:w="1275"/>
      </w:tblGrid>
      <w:tr w:rsidR="00742DCB" w:rsidTr="00CE2C85">
        <w:trPr>
          <w:trHeight w:hRule="exact" w:val="31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76.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 w:line="286" w:lineRule="auto"/>
              <w:ind w:left="72" w:right="144"/>
            </w:pP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Родная страна и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страна/страны изучаемого языка. Их географическое положение, столицы;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достопримечательности,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культурные особенности (национальные праздники, традиции, обычаи).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Москва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–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день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города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/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Pr="00742DCB" w:rsidRDefault="00742DCB">
            <w:pPr>
              <w:rPr>
                <w:lang w:val="ru-RU"/>
              </w:rPr>
            </w:pPr>
            <w:r>
              <w:rPr>
                <w:lang w:val="ru-RU"/>
              </w:rPr>
              <w:t>17.03.2023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DCB" w:rsidRDefault="00742DCB">
            <w:pPr>
              <w:autoSpaceDE w:val="0"/>
              <w:autoSpaceDN w:val="0"/>
              <w:spacing w:before="98" w:after="0"/>
              <w:ind w:left="72" w:right="144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;;</w:t>
            </w:r>
          </w:p>
        </w:tc>
      </w:tr>
      <w:tr w:rsidR="00742DCB" w:rsidRPr="001511B8" w:rsidTr="00CE2C85">
        <w:trPr>
          <w:trHeight w:hRule="exact" w:val="351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77.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Pr="007A214F" w:rsidRDefault="00742DCB">
            <w:pPr>
              <w:autoSpaceDE w:val="0"/>
              <w:autoSpaceDN w:val="0"/>
              <w:spacing w:before="100" w:after="0" w:line="286" w:lineRule="auto"/>
              <w:ind w:left="72" w:right="288"/>
              <w:rPr>
                <w:lang w:val="ru-RU"/>
              </w:rPr>
            </w:pP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Родная страна и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страна/страны изучаемого языка. Их географическое положение, столицы;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достопримечательности, культурные особенности (национальные праздники, традиции, обычаи).</w:t>
            </w:r>
          </w:p>
          <w:p w:rsidR="00742DCB" w:rsidRPr="007A214F" w:rsidRDefault="00742DCB">
            <w:pPr>
              <w:autoSpaceDE w:val="0"/>
              <w:autoSpaceDN w:val="0"/>
              <w:spacing w:before="70" w:after="0" w:line="230" w:lineRule="auto"/>
              <w:ind w:left="72"/>
              <w:rPr>
                <w:lang w:val="ru-RU"/>
              </w:rPr>
            </w:pP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Покупки. Транспорт.</w:t>
            </w:r>
          </w:p>
          <w:p w:rsidR="00742DCB" w:rsidRPr="007A214F" w:rsidRDefault="00742DCB">
            <w:pPr>
              <w:autoSpaceDE w:val="0"/>
              <w:autoSpaceDN w:val="0"/>
              <w:spacing w:before="70" w:after="0" w:line="230" w:lineRule="auto"/>
              <w:ind w:left="72"/>
              <w:rPr>
                <w:lang w:val="ru-RU"/>
              </w:rPr>
            </w:pP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Обобщение и контроль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Pr="00742DCB" w:rsidRDefault="00742DCB">
            <w:pPr>
              <w:rPr>
                <w:lang w:val="ru-RU"/>
              </w:rPr>
            </w:pPr>
            <w:r>
              <w:rPr>
                <w:lang w:val="ru-RU"/>
              </w:rPr>
              <w:t>20 .03.2023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DCB" w:rsidRPr="007A214F" w:rsidRDefault="00742DCB">
            <w:pPr>
              <w:autoSpaceDE w:val="0"/>
              <w:autoSpaceDN w:val="0"/>
              <w:spacing w:before="100" w:after="0" w:line="281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Pr="007A214F" w:rsidRDefault="00742DCB">
            <w:pPr>
              <w:autoSpaceDE w:val="0"/>
              <w:autoSpaceDN w:val="0"/>
              <w:spacing w:before="100" w:after="0" w:line="281" w:lineRule="auto"/>
              <w:ind w:left="72"/>
              <w:rPr>
                <w:lang w:val="ru-RU"/>
              </w:rPr>
            </w:pP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Тестирование; Устный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опрос;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Письменный </w:t>
            </w:r>
            <w:r w:rsidRPr="007A214F">
              <w:rPr>
                <w:lang w:val="ru-RU"/>
              </w:rPr>
              <w:br/>
            </w:r>
            <w:proofErr w:type="gramStart"/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контроль;;</w:t>
            </w:r>
            <w:proofErr w:type="gramEnd"/>
          </w:p>
        </w:tc>
      </w:tr>
      <w:tr w:rsidR="00742DCB" w:rsidTr="00CE2C85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78.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 w:line="271" w:lineRule="auto"/>
              <w:ind w:left="72" w:right="144"/>
            </w:pP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Природа: дикие и домашние животные.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Дикие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животные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/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Pr="00742DCB" w:rsidRDefault="00742DCB" w:rsidP="00742DCB">
            <w:pPr>
              <w:rPr>
                <w:lang w:val="ru-RU"/>
              </w:rPr>
            </w:pPr>
            <w:r>
              <w:rPr>
                <w:lang w:val="ru-RU"/>
              </w:rPr>
              <w:t>23.03.2023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DCB" w:rsidRDefault="00742DCB">
            <w:pPr>
              <w:autoSpaceDE w:val="0"/>
              <w:autoSpaceDN w:val="0"/>
              <w:spacing w:before="98" w:after="0"/>
              <w:ind w:left="72" w:right="144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;;</w:t>
            </w:r>
          </w:p>
        </w:tc>
      </w:tr>
      <w:tr w:rsidR="00742DCB" w:rsidTr="00CE2C85">
        <w:trPr>
          <w:trHeight w:hRule="exact" w:val="251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79.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 w:line="283" w:lineRule="auto"/>
              <w:ind w:left="72" w:right="144"/>
            </w:pP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Родная страна и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страна/страны изучаемого языка. Их культурные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особенности (национальные праздники, традиции,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обычаи).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Традиции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Великобритании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/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Pr="00742DCB" w:rsidRDefault="00742DCB">
            <w:pPr>
              <w:rPr>
                <w:lang w:val="ru-RU"/>
              </w:rPr>
            </w:pPr>
            <w:r>
              <w:rPr>
                <w:lang w:val="ru-RU"/>
              </w:rPr>
              <w:t>24.03.2023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DCB" w:rsidRDefault="00742DCB">
            <w:pPr>
              <w:autoSpaceDE w:val="0"/>
              <w:autoSpaceDN w:val="0"/>
              <w:spacing w:before="98" w:after="0"/>
              <w:ind w:left="72" w:right="144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;;</w:t>
            </w:r>
          </w:p>
        </w:tc>
      </w:tr>
      <w:tr w:rsidR="00742DCB" w:rsidTr="00CE2C85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80.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 w:line="262" w:lineRule="auto"/>
              <w:ind w:left="72" w:right="144"/>
            </w:pP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Природа: дикие и домашние животные.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В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зоопарке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/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Pr="00742DCB" w:rsidRDefault="00742DCB">
            <w:pPr>
              <w:rPr>
                <w:lang w:val="ru-RU"/>
              </w:rPr>
            </w:pPr>
            <w:r>
              <w:rPr>
                <w:lang w:val="ru-RU"/>
              </w:rPr>
              <w:t>3.04.2023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DCB" w:rsidRDefault="00742DCB">
            <w:pPr>
              <w:autoSpaceDE w:val="0"/>
              <w:autoSpaceDN w:val="0"/>
              <w:spacing w:before="98" w:after="0"/>
              <w:ind w:left="72" w:right="144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;;</w:t>
            </w:r>
          </w:p>
        </w:tc>
      </w:tr>
      <w:tr w:rsidR="00742DCB" w:rsidTr="00CE2C85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81.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Природа. Разнообразие природы России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/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Pr="00742DCB" w:rsidRDefault="00742DCB">
            <w:pPr>
              <w:rPr>
                <w:lang w:val="ru-RU"/>
              </w:rPr>
            </w:pPr>
            <w:r>
              <w:rPr>
                <w:lang w:val="ru-RU"/>
              </w:rPr>
              <w:t>6.04.2023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DCB" w:rsidRDefault="00742DCB">
            <w:pPr>
              <w:autoSpaceDE w:val="0"/>
              <w:autoSpaceDN w:val="0"/>
              <w:spacing w:before="98" w:after="0"/>
              <w:ind w:left="72" w:right="144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;;</w:t>
            </w:r>
          </w:p>
        </w:tc>
      </w:tr>
      <w:tr w:rsidR="00742DCB" w:rsidTr="00CE2C85">
        <w:trPr>
          <w:trHeight w:hRule="exact" w:val="1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82.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Природа. Природа Англии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/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Pr="00742DCB" w:rsidRDefault="00742DCB">
            <w:pPr>
              <w:rPr>
                <w:lang w:val="ru-RU"/>
              </w:rPr>
            </w:pPr>
            <w:r>
              <w:rPr>
                <w:lang w:val="ru-RU"/>
              </w:rPr>
              <w:t>7.04.2023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DCB" w:rsidRDefault="00742DCB">
            <w:pPr>
              <w:autoSpaceDE w:val="0"/>
              <w:autoSpaceDN w:val="0"/>
              <w:spacing w:before="98" w:after="0"/>
              <w:ind w:left="72" w:right="144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;;</w:t>
            </w:r>
          </w:p>
        </w:tc>
      </w:tr>
    </w:tbl>
    <w:p w:rsidR="009501DA" w:rsidRDefault="009501DA">
      <w:pPr>
        <w:autoSpaceDE w:val="0"/>
        <w:autoSpaceDN w:val="0"/>
        <w:spacing w:after="0" w:line="14" w:lineRule="exact"/>
      </w:pPr>
    </w:p>
    <w:p w:rsidR="009501DA" w:rsidRPr="00742DCB" w:rsidRDefault="009501DA">
      <w:pPr>
        <w:rPr>
          <w:lang w:val="ru-RU"/>
        </w:rPr>
        <w:sectPr w:rsidR="009501DA" w:rsidRPr="00742DCB">
          <w:pgSz w:w="11900" w:h="16840"/>
          <w:pgMar w:top="284" w:right="650" w:bottom="524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9501DA" w:rsidRDefault="009501DA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144"/>
        <w:gridCol w:w="734"/>
        <w:gridCol w:w="1215"/>
        <w:gridCol w:w="993"/>
        <w:gridCol w:w="1134"/>
        <w:gridCol w:w="1275"/>
        <w:gridCol w:w="1275"/>
      </w:tblGrid>
      <w:tr w:rsidR="00742DCB" w:rsidTr="0018134C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83.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 w:line="271" w:lineRule="auto"/>
              <w:ind w:left="72" w:right="144"/>
            </w:pP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Природа: дикие и домашние животные.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ферме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: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домашние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животные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/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Pr="00742DCB" w:rsidRDefault="00742DCB">
            <w:pPr>
              <w:rPr>
                <w:lang w:val="ru-RU"/>
              </w:rPr>
            </w:pPr>
            <w:r>
              <w:rPr>
                <w:lang w:val="ru-RU"/>
              </w:rPr>
              <w:t>10.04.2023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DCB" w:rsidRDefault="00742DCB">
            <w:pPr>
              <w:autoSpaceDE w:val="0"/>
              <w:autoSpaceDN w:val="0"/>
              <w:spacing w:before="98" w:after="0"/>
              <w:ind w:left="72" w:right="144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;;</w:t>
            </w:r>
          </w:p>
        </w:tc>
      </w:tr>
      <w:tr w:rsidR="00742DCB" w:rsidTr="0018134C">
        <w:trPr>
          <w:trHeight w:hRule="exact" w:val="251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84.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 w:line="283" w:lineRule="auto"/>
              <w:ind w:left="72" w:right="144"/>
            </w:pP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Родная страна и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страна/страны изучаемого языка. Их культурные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особенности (национальные праздники, традиции,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обычаи).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Российские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традиции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/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Pr="00742DCB" w:rsidRDefault="00742DCB">
            <w:pPr>
              <w:rPr>
                <w:lang w:val="ru-RU"/>
              </w:rPr>
            </w:pPr>
            <w:r>
              <w:rPr>
                <w:lang w:val="ru-RU"/>
              </w:rPr>
              <w:t>13.04.2023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DCB" w:rsidRDefault="00742DCB">
            <w:pPr>
              <w:autoSpaceDE w:val="0"/>
              <w:autoSpaceDN w:val="0"/>
              <w:spacing w:before="98" w:after="0"/>
              <w:ind w:left="72" w:right="144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;;</w:t>
            </w:r>
          </w:p>
        </w:tc>
      </w:tr>
      <w:tr w:rsidR="00742DCB" w:rsidTr="0018134C">
        <w:trPr>
          <w:trHeight w:hRule="exact" w:val="25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85.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 w:line="283" w:lineRule="auto"/>
              <w:ind w:left="72" w:right="144"/>
            </w:pP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Родная страна и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страна/страны изучаемого языка. Их культурные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особенности (национальные праздники, традиции,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обычаи).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Национальные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праздники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/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Pr="00742DCB" w:rsidRDefault="00742DCB">
            <w:pPr>
              <w:rPr>
                <w:lang w:val="ru-RU"/>
              </w:rPr>
            </w:pPr>
            <w:r>
              <w:rPr>
                <w:lang w:val="ru-RU"/>
              </w:rPr>
              <w:t>14.04.2023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DCB" w:rsidRDefault="00742DCB">
            <w:pPr>
              <w:autoSpaceDE w:val="0"/>
              <w:autoSpaceDN w:val="0"/>
              <w:spacing w:before="98" w:after="0"/>
              <w:ind w:left="72" w:right="144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;;</w:t>
            </w:r>
          </w:p>
        </w:tc>
      </w:tr>
      <w:tr w:rsidR="00742DCB" w:rsidRPr="001511B8" w:rsidTr="0018134C">
        <w:trPr>
          <w:trHeight w:hRule="exact" w:val="25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86.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 w:line="283" w:lineRule="auto"/>
              <w:ind w:left="72" w:right="144"/>
            </w:pP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Родная страна и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страна/страны изучаемого языка. Их культурные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особенности (национальные праздники, традиции,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обычаи).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Национальные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праздники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Великобритании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Pr="00742DCB" w:rsidRDefault="00742DCB">
            <w:pPr>
              <w:rPr>
                <w:lang w:val="ru-RU"/>
              </w:rPr>
            </w:pPr>
            <w:r>
              <w:rPr>
                <w:lang w:val="ru-RU"/>
              </w:rPr>
              <w:t>17.04.2023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DCB" w:rsidRPr="007A214F" w:rsidRDefault="00742DCB">
            <w:pPr>
              <w:autoSpaceDE w:val="0"/>
              <w:autoSpaceDN w:val="0"/>
              <w:spacing w:before="98" w:after="0" w:line="281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Pr="007A214F" w:rsidRDefault="00742DCB">
            <w:pPr>
              <w:autoSpaceDE w:val="0"/>
              <w:autoSpaceDN w:val="0"/>
              <w:spacing w:before="98" w:after="0" w:line="281" w:lineRule="auto"/>
              <w:ind w:left="72"/>
              <w:rPr>
                <w:lang w:val="ru-RU"/>
              </w:rPr>
            </w:pP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Тестирование; Устный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опрос;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Письменный </w:t>
            </w:r>
            <w:r w:rsidRPr="007A214F">
              <w:rPr>
                <w:lang w:val="ru-RU"/>
              </w:rPr>
              <w:br/>
            </w:r>
            <w:proofErr w:type="gramStart"/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контроль;;</w:t>
            </w:r>
            <w:proofErr w:type="gramEnd"/>
          </w:p>
        </w:tc>
      </w:tr>
      <w:tr w:rsidR="00742DCB" w:rsidTr="0018134C">
        <w:trPr>
          <w:trHeight w:hRule="exact" w:val="183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87.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 w:line="281" w:lineRule="auto"/>
              <w:ind w:left="72"/>
            </w:pP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Выдающиеся люди родной страны и страны/стран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изучаемого языка: писатели, поэты.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Выдающиеся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люди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прошлого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/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Pr="00742DCB" w:rsidRDefault="00742DCB">
            <w:pPr>
              <w:rPr>
                <w:lang w:val="ru-RU"/>
              </w:rPr>
            </w:pPr>
            <w:r>
              <w:rPr>
                <w:lang w:val="ru-RU"/>
              </w:rPr>
              <w:t>20.04.2023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DCB" w:rsidRDefault="00742DCB">
            <w:pPr>
              <w:autoSpaceDE w:val="0"/>
              <w:autoSpaceDN w:val="0"/>
              <w:spacing w:before="98" w:after="0"/>
              <w:ind w:left="72" w:right="144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;;</w:t>
            </w:r>
          </w:p>
        </w:tc>
      </w:tr>
      <w:tr w:rsidR="00742DCB" w:rsidTr="0018134C">
        <w:trPr>
          <w:trHeight w:hRule="exact" w:val="183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88.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100" w:after="0" w:line="281" w:lineRule="auto"/>
              <w:ind w:left="72"/>
            </w:pP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Выдающиеся люди родной страны и страны/стран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изучаемого языка: писатели, поэты.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Знаменитые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писатели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/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Pr="00742DCB" w:rsidRDefault="00742DCB">
            <w:pPr>
              <w:rPr>
                <w:lang w:val="ru-RU"/>
              </w:rPr>
            </w:pPr>
            <w:r>
              <w:rPr>
                <w:lang w:val="ru-RU"/>
              </w:rPr>
              <w:t>21.04.2023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DCB" w:rsidRDefault="00742DCB">
            <w:pPr>
              <w:autoSpaceDE w:val="0"/>
              <w:autoSpaceDN w:val="0"/>
              <w:spacing w:before="100" w:after="0"/>
              <w:ind w:left="72" w:right="144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100" w:after="0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;;</w:t>
            </w:r>
          </w:p>
        </w:tc>
      </w:tr>
      <w:tr w:rsidR="00742DCB" w:rsidTr="0018134C">
        <w:trPr>
          <w:trHeight w:hRule="exact" w:val="181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89.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 w:line="281" w:lineRule="auto"/>
              <w:ind w:left="72"/>
            </w:pP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Выдающиеся люди родной страны и страны/стран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изучаемого языка: писатели, поэты.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Писатели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Великобритании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/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Pr="00742DCB" w:rsidRDefault="00742DCB">
            <w:pPr>
              <w:rPr>
                <w:lang w:val="ru-RU"/>
              </w:rPr>
            </w:pPr>
            <w:r>
              <w:rPr>
                <w:lang w:val="ru-RU"/>
              </w:rPr>
              <w:t>24.04.2023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DCB" w:rsidRDefault="00742DCB">
            <w:pPr>
              <w:autoSpaceDE w:val="0"/>
              <w:autoSpaceDN w:val="0"/>
              <w:spacing w:before="98" w:after="0"/>
              <w:ind w:left="72" w:right="144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;;</w:t>
            </w:r>
          </w:p>
        </w:tc>
      </w:tr>
    </w:tbl>
    <w:p w:rsidR="009501DA" w:rsidRDefault="009501DA">
      <w:pPr>
        <w:autoSpaceDE w:val="0"/>
        <w:autoSpaceDN w:val="0"/>
        <w:spacing w:after="0" w:line="14" w:lineRule="exact"/>
      </w:pPr>
    </w:p>
    <w:p w:rsidR="009501DA" w:rsidRDefault="009501DA">
      <w:pPr>
        <w:sectPr w:rsidR="009501DA">
          <w:pgSz w:w="11900" w:h="16840"/>
          <w:pgMar w:top="284" w:right="650" w:bottom="86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9501DA" w:rsidRDefault="009501DA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144"/>
        <w:gridCol w:w="734"/>
        <w:gridCol w:w="1215"/>
        <w:gridCol w:w="993"/>
        <w:gridCol w:w="1134"/>
        <w:gridCol w:w="1275"/>
        <w:gridCol w:w="1275"/>
      </w:tblGrid>
      <w:tr w:rsidR="00742DCB" w:rsidTr="00DA0139">
        <w:trPr>
          <w:trHeight w:hRule="exact" w:val="183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90.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 w:line="281" w:lineRule="auto"/>
              <w:ind w:left="72"/>
            </w:pP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Выдающиеся люди родной страны и страны/стран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изучаемого языка: писатели, поэты.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Известные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поэты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/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Pr="00742DCB" w:rsidRDefault="00742DCB">
            <w:pPr>
              <w:rPr>
                <w:lang w:val="ru-RU"/>
              </w:rPr>
            </w:pPr>
            <w:r>
              <w:rPr>
                <w:lang w:val="ru-RU"/>
              </w:rPr>
              <w:t>27.04.2023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DCB" w:rsidRDefault="00742DCB">
            <w:pPr>
              <w:autoSpaceDE w:val="0"/>
              <w:autoSpaceDN w:val="0"/>
              <w:spacing w:before="98" w:after="0"/>
              <w:ind w:left="72" w:right="144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;;</w:t>
            </w:r>
          </w:p>
        </w:tc>
      </w:tr>
      <w:tr w:rsidR="00742DCB" w:rsidTr="00DA0139">
        <w:trPr>
          <w:trHeight w:hRule="exact" w:val="183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91.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 w:line="281" w:lineRule="auto"/>
              <w:ind w:left="72"/>
            </w:pP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Выдающиеся люди родной страны и страны/стран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изучаемого языка: писатели, поэты.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Известные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поэты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Великобритании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/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Pr="00742DCB" w:rsidRDefault="00742DCB">
            <w:pPr>
              <w:rPr>
                <w:lang w:val="ru-RU"/>
              </w:rPr>
            </w:pPr>
            <w:r>
              <w:rPr>
                <w:lang w:val="ru-RU"/>
              </w:rPr>
              <w:t>28.04.2023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DCB" w:rsidRDefault="00742DCB">
            <w:pPr>
              <w:autoSpaceDE w:val="0"/>
              <w:autoSpaceDN w:val="0"/>
              <w:spacing w:before="98" w:after="0"/>
              <w:ind w:left="72" w:right="144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;;</w:t>
            </w:r>
          </w:p>
        </w:tc>
      </w:tr>
      <w:tr w:rsidR="00742DCB" w:rsidTr="00DA0139">
        <w:trPr>
          <w:trHeight w:hRule="exact" w:val="25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92.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 w:line="283" w:lineRule="auto"/>
              <w:ind w:left="72"/>
            </w:pP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Выдающиеся люди родной страны и страны/стран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изучаемого языка: писатели, поэты.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Персонажи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произведений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английских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российских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писателей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,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сказочные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персонажи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/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Pr="00742DCB" w:rsidRDefault="00742DCB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  <w:r w:rsidR="00B4286E">
              <w:rPr>
                <w:lang w:val="ru-RU"/>
              </w:rPr>
              <w:t>.05.2023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DCB" w:rsidRDefault="00742DCB">
            <w:pPr>
              <w:autoSpaceDE w:val="0"/>
              <w:autoSpaceDN w:val="0"/>
              <w:spacing w:before="98" w:after="0"/>
              <w:ind w:left="72" w:right="144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;;</w:t>
            </w:r>
          </w:p>
        </w:tc>
      </w:tr>
      <w:tr w:rsidR="00742DCB" w:rsidRPr="001511B8" w:rsidTr="00DA0139">
        <w:trPr>
          <w:trHeight w:hRule="exact" w:val="183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93.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 w:line="281" w:lineRule="auto"/>
              <w:ind w:left="72"/>
            </w:pP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Выдающиеся люди родной страны и страны/стран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изучаемого языка: писатели, поэты.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и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Pr="00742DCB" w:rsidRDefault="00742DCB">
            <w:pPr>
              <w:rPr>
                <w:lang w:val="ru-RU"/>
              </w:rPr>
            </w:pPr>
            <w:r>
              <w:rPr>
                <w:lang w:val="ru-RU"/>
              </w:rPr>
              <w:t>5</w:t>
            </w:r>
            <w:r w:rsidR="00B4286E">
              <w:rPr>
                <w:lang w:val="ru-RU"/>
              </w:rPr>
              <w:t>.05.2023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DCB" w:rsidRPr="007A214F" w:rsidRDefault="00742DCB">
            <w:pPr>
              <w:autoSpaceDE w:val="0"/>
              <w:autoSpaceDN w:val="0"/>
              <w:spacing w:before="98" w:after="0" w:line="281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Pr="007A214F" w:rsidRDefault="00742DCB">
            <w:pPr>
              <w:autoSpaceDE w:val="0"/>
              <w:autoSpaceDN w:val="0"/>
              <w:spacing w:before="98" w:after="0" w:line="281" w:lineRule="auto"/>
              <w:ind w:left="72"/>
              <w:rPr>
                <w:lang w:val="ru-RU"/>
              </w:rPr>
            </w:pP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Тестирование; Устный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опрос;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Письменный </w:t>
            </w:r>
            <w:r w:rsidRPr="007A214F">
              <w:rPr>
                <w:lang w:val="ru-RU"/>
              </w:rPr>
              <w:br/>
            </w:r>
            <w:proofErr w:type="gramStart"/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контроль;;</w:t>
            </w:r>
            <w:proofErr w:type="gramEnd"/>
          </w:p>
        </w:tc>
      </w:tr>
      <w:tr w:rsidR="00742DCB" w:rsidTr="00DA0139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94.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 w:line="271" w:lineRule="auto"/>
              <w:ind w:left="72"/>
            </w:pP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Каникулы в различное время года.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Мы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думаем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о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каникулах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/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Pr="00742DCB" w:rsidRDefault="00742DCB">
            <w:pPr>
              <w:rPr>
                <w:lang w:val="ru-RU"/>
              </w:rPr>
            </w:pPr>
            <w:r>
              <w:rPr>
                <w:lang w:val="ru-RU"/>
              </w:rPr>
              <w:t>8</w:t>
            </w:r>
            <w:r w:rsidR="00B4286E">
              <w:rPr>
                <w:lang w:val="ru-RU"/>
              </w:rPr>
              <w:t>.05.2023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DCB" w:rsidRDefault="00742DCB">
            <w:pPr>
              <w:autoSpaceDE w:val="0"/>
              <w:autoSpaceDN w:val="0"/>
              <w:spacing w:before="98" w:after="0"/>
              <w:ind w:left="72" w:right="144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;;</w:t>
            </w:r>
          </w:p>
        </w:tc>
      </w:tr>
      <w:tr w:rsidR="00742DCB" w:rsidTr="00DA0139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95.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Pr="007A214F" w:rsidRDefault="00742DCB">
            <w:pPr>
              <w:autoSpaceDE w:val="0"/>
              <w:autoSpaceDN w:val="0"/>
              <w:spacing w:before="98" w:after="0" w:line="271" w:lineRule="auto"/>
              <w:ind w:left="72"/>
              <w:rPr>
                <w:lang w:val="ru-RU"/>
              </w:rPr>
            </w:pP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Каникулы в различное время года. Виды отдыха. Отдых зимой и летом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/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Pr="00742DCB" w:rsidRDefault="00742DCB">
            <w:pPr>
              <w:rPr>
                <w:lang w:val="ru-RU"/>
              </w:rPr>
            </w:pPr>
            <w:r>
              <w:rPr>
                <w:lang w:val="ru-RU"/>
              </w:rPr>
              <w:t>11</w:t>
            </w:r>
            <w:r w:rsidR="00B4286E">
              <w:rPr>
                <w:lang w:val="ru-RU"/>
              </w:rPr>
              <w:t>.05.2023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DCB" w:rsidRDefault="00742DCB">
            <w:pPr>
              <w:autoSpaceDE w:val="0"/>
              <w:autoSpaceDN w:val="0"/>
              <w:spacing w:before="98" w:after="0"/>
              <w:ind w:left="72" w:right="144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;;</w:t>
            </w:r>
          </w:p>
        </w:tc>
      </w:tr>
      <w:tr w:rsidR="00742DCB" w:rsidTr="00DA0139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96.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Pr="007A214F" w:rsidRDefault="00742DCB">
            <w:pPr>
              <w:autoSpaceDE w:val="0"/>
              <w:autoSpaceDN w:val="0"/>
              <w:spacing w:before="100" w:after="0" w:line="271" w:lineRule="auto"/>
              <w:ind w:left="72"/>
              <w:rPr>
                <w:lang w:val="ru-RU"/>
              </w:rPr>
            </w:pP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Каникулы в различное время года. Виды отдыха. Лето в деревне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/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Pr="00742DCB" w:rsidRDefault="00742DCB">
            <w:pPr>
              <w:rPr>
                <w:lang w:val="ru-RU"/>
              </w:rPr>
            </w:pPr>
            <w:r>
              <w:rPr>
                <w:lang w:val="ru-RU"/>
              </w:rPr>
              <w:t>12</w:t>
            </w:r>
            <w:r w:rsidR="00B4286E">
              <w:rPr>
                <w:lang w:val="ru-RU"/>
              </w:rPr>
              <w:t>.05.2023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DCB" w:rsidRDefault="00742DCB">
            <w:pPr>
              <w:autoSpaceDE w:val="0"/>
              <w:autoSpaceDN w:val="0"/>
              <w:spacing w:before="100" w:after="0"/>
              <w:ind w:left="72" w:right="144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100" w:after="0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;;</w:t>
            </w:r>
          </w:p>
        </w:tc>
      </w:tr>
      <w:tr w:rsidR="00742DCB" w:rsidTr="00DA0139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97.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Pr="007A214F" w:rsidRDefault="00742DCB">
            <w:pPr>
              <w:autoSpaceDE w:val="0"/>
              <w:autoSpaceDN w:val="0"/>
              <w:spacing w:before="98" w:after="0" w:line="271" w:lineRule="auto"/>
              <w:ind w:left="72"/>
              <w:rPr>
                <w:lang w:val="ru-RU"/>
              </w:rPr>
            </w:pP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Каникулы в различное время года. Виды отдыха. Лето у моря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/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Pr="00B4286E" w:rsidRDefault="00B4286E">
            <w:pPr>
              <w:rPr>
                <w:lang w:val="ru-RU"/>
              </w:rPr>
            </w:pPr>
            <w:r>
              <w:rPr>
                <w:lang w:val="ru-RU"/>
              </w:rPr>
              <w:t>15.05.2023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DCB" w:rsidRDefault="00742DCB">
            <w:pPr>
              <w:autoSpaceDE w:val="0"/>
              <w:autoSpaceDN w:val="0"/>
              <w:spacing w:before="98" w:after="0"/>
              <w:ind w:left="72" w:right="144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;;</w:t>
            </w:r>
          </w:p>
        </w:tc>
      </w:tr>
      <w:tr w:rsidR="00742DCB" w:rsidTr="00DA0139">
        <w:trPr>
          <w:trHeight w:hRule="exact" w:val="1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98.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Pr="007A214F" w:rsidRDefault="00742DCB">
            <w:pPr>
              <w:autoSpaceDE w:val="0"/>
              <w:autoSpaceDN w:val="0"/>
              <w:spacing w:before="98" w:after="0" w:line="271" w:lineRule="auto"/>
              <w:ind w:left="72" w:right="68"/>
              <w:jc w:val="both"/>
              <w:rPr>
                <w:lang w:val="ru-RU"/>
              </w:rPr>
            </w:pP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Каникулы в различное время года. Виды отдыха. В летнем лагере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/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Pr="00B4286E" w:rsidRDefault="00B4286E">
            <w:pPr>
              <w:rPr>
                <w:lang w:val="ru-RU"/>
              </w:rPr>
            </w:pPr>
            <w:r>
              <w:rPr>
                <w:lang w:val="ru-RU"/>
              </w:rPr>
              <w:t>18.05.2023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DCB" w:rsidRDefault="00742DCB">
            <w:pPr>
              <w:autoSpaceDE w:val="0"/>
              <w:autoSpaceDN w:val="0"/>
              <w:spacing w:before="98" w:after="0"/>
              <w:ind w:left="72" w:right="144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;;</w:t>
            </w:r>
          </w:p>
        </w:tc>
      </w:tr>
    </w:tbl>
    <w:p w:rsidR="009501DA" w:rsidRDefault="009501DA">
      <w:pPr>
        <w:autoSpaceDE w:val="0"/>
        <w:autoSpaceDN w:val="0"/>
        <w:spacing w:after="0" w:line="14" w:lineRule="exact"/>
      </w:pPr>
    </w:p>
    <w:p w:rsidR="009501DA" w:rsidRDefault="009501DA">
      <w:pPr>
        <w:sectPr w:rsidR="009501DA">
          <w:pgSz w:w="11900" w:h="16840"/>
          <w:pgMar w:top="284" w:right="650" w:bottom="37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9501DA" w:rsidRDefault="009501DA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144"/>
        <w:gridCol w:w="734"/>
        <w:gridCol w:w="1215"/>
        <w:gridCol w:w="993"/>
        <w:gridCol w:w="1134"/>
        <w:gridCol w:w="1275"/>
        <w:gridCol w:w="1275"/>
      </w:tblGrid>
      <w:tr w:rsidR="00742DCB" w:rsidTr="009421B2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99.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Pr="007A214F" w:rsidRDefault="00742DCB">
            <w:pPr>
              <w:autoSpaceDE w:val="0"/>
              <w:autoSpaceDN w:val="0"/>
              <w:spacing w:before="98" w:after="0" w:line="271" w:lineRule="auto"/>
              <w:ind w:left="72"/>
              <w:rPr>
                <w:lang w:val="ru-RU"/>
              </w:rPr>
            </w:pP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Каникулы в различное время года. Виды отдыха. В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спортивном лагере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/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Pr="00B4286E" w:rsidRDefault="00B4286E">
            <w:pPr>
              <w:rPr>
                <w:lang w:val="ru-RU"/>
              </w:rPr>
            </w:pPr>
            <w:r>
              <w:rPr>
                <w:lang w:val="ru-RU"/>
              </w:rPr>
              <w:t>19.05.2023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DCB" w:rsidRDefault="00742DCB">
            <w:pPr>
              <w:autoSpaceDE w:val="0"/>
              <w:autoSpaceDN w:val="0"/>
              <w:spacing w:before="98" w:after="0"/>
              <w:ind w:left="72" w:right="144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;;</w:t>
            </w:r>
          </w:p>
        </w:tc>
      </w:tr>
      <w:tr w:rsidR="00742DCB" w:rsidRPr="001511B8" w:rsidTr="009421B2">
        <w:trPr>
          <w:trHeight w:hRule="exact" w:val="183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100.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 w:line="271" w:lineRule="auto"/>
              <w:ind w:left="156" w:hanging="156"/>
            </w:pP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Природа. Погода. Каникулы. Виды отдыха.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Pr="00B4286E" w:rsidRDefault="00B4286E">
            <w:pPr>
              <w:rPr>
                <w:lang w:val="ru-RU"/>
              </w:rPr>
            </w:pPr>
            <w:r>
              <w:rPr>
                <w:lang w:val="ru-RU"/>
              </w:rPr>
              <w:t>22.05.2023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DCB" w:rsidRPr="007A214F" w:rsidRDefault="00742DCB">
            <w:pPr>
              <w:autoSpaceDE w:val="0"/>
              <w:autoSpaceDN w:val="0"/>
              <w:spacing w:before="98" w:after="0" w:line="281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Pr="007A214F" w:rsidRDefault="00742DCB">
            <w:pPr>
              <w:autoSpaceDE w:val="0"/>
              <w:autoSpaceDN w:val="0"/>
              <w:spacing w:before="98" w:after="0" w:line="281" w:lineRule="auto"/>
              <w:ind w:left="72"/>
              <w:rPr>
                <w:lang w:val="ru-RU"/>
              </w:rPr>
            </w:pP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Тестирование; Устный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опрос; </w:t>
            </w:r>
            <w:r w:rsidRPr="007A214F">
              <w:rPr>
                <w:lang w:val="ru-RU"/>
              </w:rPr>
              <w:br/>
            </w: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Письменный </w:t>
            </w:r>
            <w:r w:rsidRPr="007A214F">
              <w:rPr>
                <w:lang w:val="ru-RU"/>
              </w:rPr>
              <w:br/>
            </w:r>
            <w:proofErr w:type="gramStart"/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контроль;;</w:t>
            </w:r>
            <w:proofErr w:type="gramEnd"/>
          </w:p>
        </w:tc>
      </w:tr>
      <w:tr w:rsidR="00742DCB" w:rsidTr="009421B2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101.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100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101. Резервный урок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/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Pr="00B4286E" w:rsidRDefault="00B4286E">
            <w:pPr>
              <w:rPr>
                <w:lang w:val="ru-RU"/>
              </w:rPr>
            </w:pPr>
            <w:r>
              <w:rPr>
                <w:lang w:val="ru-RU"/>
              </w:rPr>
              <w:t>25.05.2023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DCB" w:rsidRDefault="00742DCB">
            <w:pPr>
              <w:autoSpaceDE w:val="0"/>
              <w:autoSpaceDN w:val="0"/>
              <w:spacing w:before="100" w:after="0"/>
              <w:ind w:left="72" w:right="144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100" w:after="0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;;</w:t>
            </w:r>
          </w:p>
        </w:tc>
      </w:tr>
      <w:tr w:rsidR="00742DCB" w:rsidTr="009421B2">
        <w:trPr>
          <w:trHeight w:hRule="exact" w:val="49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102.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102. Резервный урок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Pr="00B4286E" w:rsidRDefault="00B4286E">
            <w:pPr>
              <w:rPr>
                <w:lang w:val="ru-RU"/>
              </w:rPr>
            </w:pPr>
            <w:r>
              <w:rPr>
                <w:lang w:val="ru-RU"/>
              </w:rPr>
              <w:t>26.05.2023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DCB" w:rsidRDefault="00742DCB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 w:line="230" w:lineRule="auto"/>
              <w:jc w:val="center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Тестирование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742DCB" w:rsidTr="00B4286E">
        <w:trPr>
          <w:trHeight w:hRule="exact" w:val="808"/>
        </w:trPr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Pr="007A214F" w:rsidRDefault="00742DCB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7A214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DCB" w:rsidRDefault="00742DCB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3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2DCB" w:rsidRDefault="00742DC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</w:tr>
    </w:tbl>
    <w:p w:rsidR="00B4286E" w:rsidRDefault="00B4286E" w:rsidP="00B4286E">
      <w:pPr>
        <w:autoSpaceDE w:val="0"/>
        <w:autoSpaceDN w:val="0"/>
        <w:spacing w:after="320" w:line="230" w:lineRule="auto"/>
      </w:pPr>
    </w:p>
    <w:p w:rsidR="00B4286E" w:rsidRPr="00B4286E" w:rsidRDefault="00B4286E" w:rsidP="00B4286E">
      <w:pPr>
        <w:autoSpaceDE w:val="0"/>
        <w:autoSpaceDN w:val="0"/>
        <w:spacing w:after="0" w:line="230" w:lineRule="auto"/>
        <w:rPr>
          <w:lang w:val="ru-RU"/>
        </w:rPr>
      </w:pPr>
      <w:r w:rsidRPr="00B4286E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УЧЕБНО-МЕТОДИЧЕСКОЕ ОБЕСПЕЧЕНИЕ ОБРАЗОВАТЕЛЬНОГО ПРОЦЕССА </w:t>
      </w:r>
    </w:p>
    <w:p w:rsidR="00B4286E" w:rsidRPr="007A214F" w:rsidRDefault="00B4286E" w:rsidP="00B4286E">
      <w:pPr>
        <w:autoSpaceDE w:val="0"/>
        <w:autoSpaceDN w:val="0"/>
        <w:spacing w:before="346" w:after="0" w:line="298" w:lineRule="auto"/>
        <w:rPr>
          <w:lang w:val="ru-RU"/>
        </w:rPr>
      </w:pPr>
      <w:r w:rsidRPr="007A214F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ОБЯЗАТЕЛЬНЫЕ УЧЕБНЫЕ МАТЕРИАЛЫ ДЛЯ УЧЕНИКА </w:t>
      </w:r>
      <w:r w:rsidRPr="007A214F">
        <w:rPr>
          <w:lang w:val="ru-RU"/>
        </w:rPr>
        <w:br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Вербицкая М.В. и другие; под редакцией Вербицкой М.В. Английский язык (в 2 частях). 5 класс. </w:t>
      </w:r>
      <w:proofErr w:type="spellStart"/>
      <w:proofErr w:type="gramStart"/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ООО«</w:t>
      </w:r>
      <w:proofErr w:type="gramEnd"/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Издательский</w:t>
      </w:r>
      <w:proofErr w:type="spellEnd"/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 центр ВЕНТАНА-ГРАФ»; АО «Издательство Просвещение»; </w:t>
      </w:r>
      <w:r w:rsidRPr="007A214F">
        <w:rPr>
          <w:lang w:val="ru-RU"/>
        </w:rPr>
        <w:br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Введите свой вариант:</w:t>
      </w:r>
    </w:p>
    <w:p w:rsidR="00B4286E" w:rsidRPr="007A214F" w:rsidRDefault="00B4286E" w:rsidP="00B4286E">
      <w:pPr>
        <w:autoSpaceDE w:val="0"/>
        <w:autoSpaceDN w:val="0"/>
        <w:spacing w:before="262" w:after="0" w:line="302" w:lineRule="auto"/>
        <w:ind w:right="2592"/>
        <w:rPr>
          <w:lang w:val="ru-RU"/>
        </w:rPr>
      </w:pPr>
      <w:r w:rsidRPr="007A214F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МЕТОДИЧЕСКИЕ МАТЕРИАЛЫ ДЛЯ УЧИТЕЛЯ </w:t>
      </w:r>
      <w:r w:rsidRPr="007A214F">
        <w:rPr>
          <w:lang w:val="ru-RU"/>
        </w:rPr>
        <w:br/>
      </w:r>
      <w:proofErr w:type="spellStart"/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Аудиоприложения</w:t>
      </w:r>
      <w:proofErr w:type="spellEnd"/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 к учебникам и рабочим тетрадям «Английский в фокусе»</w:t>
      </w:r>
    </w:p>
    <w:p w:rsidR="00B4286E" w:rsidRPr="007A214F" w:rsidRDefault="00B4286E" w:rsidP="00B4286E">
      <w:pPr>
        <w:autoSpaceDE w:val="0"/>
        <w:autoSpaceDN w:val="0"/>
        <w:spacing w:before="264" w:after="0" w:line="302" w:lineRule="auto"/>
        <w:ind w:right="1440"/>
        <w:rPr>
          <w:lang w:val="ru-RU"/>
        </w:rPr>
        <w:sectPr w:rsidR="00B4286E" w:rsidRPr="007A214F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  <w:r w:rsidRPr="007A214F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ЦИФРОВЫЕ ОБРАЗОВАТЕЛЬНЫЕ РЕСУРСЫ И РЕСУРСЫ СЕТИ ИНТЕРНЕТ </w:t>
      </w:r>
      <w:r>
        <w:rPr>
          <w:rFonts w:ascii="Times New Roman" w:eastAsia="Times New Roman" w:hAnsi="Times New Roman"/>
          <w:color w:val="000000"/>
          <w:sz w:val="24"/>
        </w:rPr>
        <w:t>https</w:t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resh</w:t>
      </w:r>
      <w:proofErr w:type="spellEnd"/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edu</w:t>
      </w:r>
      <w:proofErr w:type="spellEnd"/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subject</w:t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/11/5/?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ysclid</w:t>
      </w:r>
      <w:proofErr w:type="spellEnd"/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=</w:t>
      </w:r>
      <w:r>
        <w:rPr>
          <w:rFonts w:ascii="Times New Roman" w:eastAsia="Times New Roman" w:hAnsi="Times New Roman"/>
          <w:color w:val="000000"/>
          <w:sz w:val="24"/>
        </w:rPr>
        <w:t>l</w:t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9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iexpnzgw</w:t>
      </w:r>
      <w:proofErr w:type="spellEnd"/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406350628</w:t>
      </w:r>
    </w:p>
    <w:p w:rsidR="00B4286E" w:rsidRPr="00B4286E" w:rsidRDefault="00B4286E" w:rsidP="00B4286E">
      <w:pPr>
        <w:rPr>
          <w:lang w:val="ru-RU"/>
        </w:rPr>
      </w:pPr>
    </w:p>
    <w:p w:rsidR="00B4286E" w:rsidRPr="007A214F" w:rsidRDefault="00B4286E" w:rsidP="00B4286E">
      <w:pPr>
        <w:autoSpaceDE w:val="0"/>
        <w:autoSpaceDN w:val="0"/>
        <w:spacing w:after="0" w:line="230" w:lineRule="auto"/>
        <w:rPr>
          <w:lang w:val="ru-RU"/>
        </w:rPr>
      </w:pPr>
      <w:r w:rsidRPr="007A214F">
        <w:rPr>
          <w:rFonts w:ascii="Times New Roman" w:eastAsia="Times New Roman" w:hAnsi="Times New Roman"/>
          <w:b/>
          <w:color w:val="000000"/>
          <w:sz w:val="24"/>
          <w:lang w:val="ru-RU"/>
        </w:rPr>
        <w:t>МАТЕРИАЛЬНО-ТЕХНИЧЕСКОЕ ОБЕСПЕЧЕНИЕ ОБРАЗОВАТЕЛЬНОГО ПРОЦЕССА</w:t>
      </w:r>
    </w:p>
    <w:p w:rsidR="00B4286E" w:rsidRPr="007A214F" w:rsidRDefault="00B4286E" w:rsidP="00B4286E">
      <w:pPr>
        <w:autoSpaceDE w:val="0"/>
        <w:autoSpaceDN w:val="0"/>
        <w:spacing w:before="346" w:after="0" w:line="230" w:lineRule="auto"/>
        <w:rPr>
          <w:lang w:val="ru-RU"/>
        </w:rPr>
      </w:pPr>
      <w:r w:rsidRPr="007A214F">
        <w:rPr>
          <w:rFonts w:ascii="Times New Roman" w:eastAsia="Times New Roman" w:hAnsi="Times New Roman"/>
          <w:b/>
          <w:color w:val="000000"/>
          <w:sz w:val="24"/>
          <w:lang w:val="ru-RU"/>
        </w:rPr>
        <w:t>УЧЕБНОЕ ОБОРУДОВАНИЕ</w:t>
      </w:r>
    </w:p>
    <w:p w:rsidR="00B4286E" w:rsidRPr="007A214F" w:rsidRDefault="00B4286E" w:rsidP="00B4286E">
      <w:pPr>
        <w:autoSpaceDE w:val="0"/>
        <w:autoSpaceDN w:val="0"/>
        <w:spacing w:before="166" w:after="0" w:line="281" w:lineRule="auto"/>
        <w:ind w:right="5040"/>
        <w:rPr>
          <w:lang w:val="ru-RU"/>
        </w:rPr>
      </w:pP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· информационные источники, плакаты, </w:t>
      </w:r>
      <w:r w:rsidRPr="007A214F">
        <w:rPr>
          <w:lang w:val="ru-RU"/>
        </w:rPr>
        <w:br/>
      </w:r>
      <w:proofErr w:type="gramStart"/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иллюстрации;·</w:t>
      </w:r>
      <w:proofErr w:type="gramEnd"/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proofErr w:type="spellStart"/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бумажно</w:t>
      </w:r>
      <w:proofErr w:type="spellEnd"/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 xml:space="preserve"> -печатная продукция;</w:t>
      </w:r>
      <w:r w:rsidRPr="007A214F">
        <w:rPr>
          <w:lang w:val="ru-RU"/>
        </w:rPr>
        <w:br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· учебное оборудование;</w:t>
      </w:r>
      <w:r w:rsidRPr="007A214F">
        <w:rPr>
          <w:lang w:val="ru-RU"/>
        </w:rPr>
        <w:br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· информационные компьютерные технологии;</w:t>
      </w:r>
      <w:r w:rsidRPr="007A214F">
        <w:rPr>
          <w:lang w:val="ru-RU"/>
        </w:rPr>
        <w:br/>
      </w:r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· специализированные информационные источники;·мебель и изделия</w:t>
      </w:r>
    </w:p>
    <w:p w:rsidR="00B4286E" w:rsidRPr="007A214F" w:rsidRDefault="00B4286E" w:rsidP="00B4286E">
      <w:pPr>
        <w:autoSpaceDE w:val="0"/>
        <w:autoSpaceDN w:val="0"/>
        <w:spacing w:before="264" w:after="0" w:line="230" w:lineRule="auto"/>
        <w:rPr>
          <w:lang w:val="ru-RU"/>
        </w:rPr>
      </w:pPr>
      <w:r w:rsidRPr="007A214F">
        <w:rPr>
          <w:rFonts w:ascii="Times New Roman" w:eastAsia="Times New Roman" w:hAnsi="Times New Roman"/>
          <w:b/>
          <w:color w:val="000000"/>
          <w:sz w:val="24"/>
          <w:lang w:val="ru-RU"/>
        </w:rPr>
        <w:t>ОБОРУДОВАНИЕ ДЛЯ ПРОВЕДЕНИЯ ПРАКТИЧЕСКИХ РАБОТ</w:t>
      </w:r>
    </w:p>
    <w:p w:rsidR="00B4286E" w:rsidRDefault="00B4286E" w:rsidP="00B4286E">
      <w:pPr>
        <w:ind w:firstLine="720"/>
      </w:pPr>
      <w:proofErr w:type="spellStart"/>
      <w:proofErr w:type="gramStart"/>
      <w:r w:rsidRPr="007A214F">
        <w:rPr>
          <w:rFonts w:ascii="Times New Roman" w:eastAsia="Times New Roman" w:hAnsi="Times New Roman"/>
          <w:color w:val="000000"/>
          <w:sz w:val="24"/>
          <w:lang w:val="ru-RU"/>
        </w:rPr>
        <w:t>компьютер,проектор</w:t>
      </w:r>
      <w:proofErr w:type="spellEnd"/>
      <w:proofErr w:type="gramEnd"/>
    </w:p>
    <w:p w:rsidR="007A214F" w:rsidRPr="00B4286E" w:rsidRDefault="007A214F" w:rsidP="00B4286E">
      <w:pPr>
        <w:tabs>
          <w:tab w:val="left" w:pos="840"/>
        </w:tabs>
        <w:sectPr w:rsidR="007A214F" w:rsidRPr="00B4286E">
          <w:pgSz w:w="11900" w:h="16840"/>
          <w:pgMar w:top="284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B4286E" w:rsidRDefault="00B4286E" w:rsidP="00B4286E">
      <w:pPr>
        <w:tabs>
          <w:tab w:val="left" w:pos="1140"/>
        </w:tabs>
      </w:pPr>
    </w:p>
    <w:p w:rsidR="007A214F" w:rsidRPr="00B4286E" w:rsidRDefault="00B4286E" w:rsidP="00B4286E">
      <w:pPr>
        <w:tabs>
          <w:tab w:val="left" w:pos="1140"/>
        </w:tabs>
        <w:sectPr w:rsidR="007A214F" w:rsidRPr="00B4286E">
          <w:pgSz w:w="11900" w:h="16840"/>
          <w:pgMar w:top="284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  <w:r>
        <w:tab/>
      </w:r>
    </w:p>
    <w:p w:rsidR="007A214F" w:rsidRPr="007A214F" w:rsidRDefault="007A214F" w:rsidP="007A214F">
      <w:pPr>
        <w:tabs>
          <w:tab w:val="left" w:pos="915"/>
        </w:tabs>
        <w:sectPr w:rsidR="007A214F" w:rsidRPr="007A214F">
          <w:pgSz w:w="11900" w:h="16840"/>
          <w:pgMar w:top="284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7A214F" w:rsidRPr="007A214F" w:rsidRDefault="007A214F" w:rsidP="007A214F">
      <w:pPr>
        <w:tabs>
          <w:tab w:val="left" w:pos="810"/>
        </w:tabs>
        <w:sectPr w:rsidR="007A214F" w:rsidRPr="007A214F">
          <w:pgSz w:w="11900" w:h="16840"/>
          <w:pgMar w:top="284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9501DA" w:rsidRPr="007A214F" w:rsidRDefault="009501DA" w:rsidP="007A214F">
      <w:pPr>
        <w:tabs>
          <w:tab w:val="left" w:pos="1065"/>
        </w:tabs>
        <w:sectPr w:rsidR="009501DA" w:rsidRPr="007A214F">
          <w:pgSz w:w="11900" w:h="16840"/>
          <w:pgMar w:top="284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9501DA" w:rsidRPr="007A214F" w:rsidRDefault="009501DA" w:rsidP="00B4286E">
      <w:pPr>
        <w:autoSpaceDE w:val="0"/>
        <w:autoSpaceDN w:val="0"/>
        <w:spacing w:after="0" w:line="230" w:lineRule="auto"/>
        <w:rPr>
          <w:lang w:val="ru-RU"/>
        </w:rPr>
        <w:sectPr w:rsidR="009501DA" w:rsidRPr="007A214F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7A214F" w:rsidRPr="007A214F" w:rsidRDefault="007A214F">
      <w:pPr>
        <w:rPr>
          <w:lang w:val="ru-RU"/>
        </w:rPr>
      </w:pPr>
    </w:p>
    <w:sectPr w:rsidR="007A214F" w:rsidRPr="007A214F" w:rsidSect="00034616">
      <w:pgSz w:w="11900" w:h="16840"/>
      <w:pgMar w:top="1440" w:right="1440" w:bottom="1440" w:left="1440" w:header="720" w:footer="720" w:gutter="0"/>
      <w:cols w:space="720" w:equalWidth="0">
        <w:col w:w="10584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1511B8"/>
    <w:rsid w:val="0029639D"/>
    <w:rsid w:val="00326F90"/>
    <w:rsid w:val="006E7CE0"/>
    <w:rsid w:val="00742DCB"/>
    <w:rsid w:val="007A214F"/>
    <w:rsid w:val="009501DA"/>
    <w:rsid w:val="00AA1D8D"/>
    <w:rsid w:val="00B4286E"/>
    <w:rsid w:val="00B47730"/>
    <w:rsid w:val="00CB0664"/>
    <w:rsid w:val="00DD654D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  <w15:docId w15:val="{7E76CF06-EB50-4DC5-BABA-A5E9314E5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8">
    <w:name w:val="Balloon Text"/>
    <w:basedOn w:val="a1"/>
    <w:link w:val="aff9"/>
    <w:uiPriority w:val="99"/>
    <w:semiHidden/>
    <w:unhideWhenUsed/>
    <w:rsid w:val="006E7C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f9">
    <w:name w:val="Текст выноски Знак"/>
    <w:basedOn w:val="a2"/>
    <w:link w:val="aff8"/>
    <w:uiPriority w:val="99"/>
    <w:semiHidden/>
    <w:rsid w:val="006E7CE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4558175-3A0C-408D-A873-4E7D79D5AE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8822</Words>
  <Characters>50292</Characters>
  <Application>Microsoft Office Word</Application>
  <DocSecurity>0</DocSecurity>
  <Lines>419</Lines>
  <Paragraphs>117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58997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Администратор</cp:lastModifiedBy>
  <cp:revision>7</cp:revision>
  <cp:lastPrinted>2022-10-23T12:15:00Z</cp:lastPrinted>
  <dcterms:created xsi:type="dcterms:W3CDTF">2013-12-23T23:15:00Z</dcterms:created>
  <dcterms:modified xsi:type="dcterms:W3CDTF">2022-10-26T09:01:00Z</dcterms:modified>
  <cp:category/>
</cp:coreProperties>
</file>